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951E7" w14:textId="1A0AD79C" w:rsidR="00687E56" w:rsidRPr="007C3236" w:rsidRDefault="00425CFA">
      <w:pPr>
        <w:spacing w:after="80"/>
        <w:jc w:val="center"/>
      </w:pPr>
      <w:r w:rsidRPr="007C3236">
        <w:rPr>
          <w:rFonts w:ascii="Times New Roman" w:hAnsi="Times New Roman"/>
          <w:b/>
          <w:color w:val="002060"/>
          <w:sz w:val="28"/>
        </w:rPr>
        <w:t>DANH MỤC VĂN BẢN CHỈ ĐẠO, ĐIỀU HÀNH</w:t>
      </w:r>
      <w:r w:rsidR="007C3236" w:rsidRPr="007C3236">
        <w:rPr>
          <w:rFonts w:ascii="Times New Roman" w:hAnsi="Times New Roman"/>
          <w:b/>
          <w:color w:val="002060"/>
          <w:sz w:val="28"/>
        </w:rPr>
        <w:t xml:space="preserve"> </w:t>
      </w:r>
      <w:r w:rsidRPr="007C3236">
        <w:rPr>
          <w:rFonts w:ascii="Times New Roman" w:hAnsi="Times New Roman"/>
          <w:b/>
          <w:color w:val="002060"/>
          <w:sz w:val="28"/>
        </w:rPr>
        <w:t>VỀ CHUYỂN ĐỔI SỐ, NGHỊ QUYẾT 57-NQ/TW, CẢI CÁCH HÀNH CHÍNH,</w:t>
      </w:r>
      <w:r w:rsidRPr="007C3236">
        <w:rPr>
          <w:rFonts w:ascii="Times New Roman" w:hAnsi="Times New Roman"/>
          <w:b/>
          <w:color w:val="002060"/>
          <w:sz w:val="28"/>
        </w:rPr>
        <w:br/>
        <w:t>KIỂM SOÁT THỦ TỤC HÀNH CHÍNH VÀ ĐỀ ÁN 06</w:t>
      </w:r>
    </w:p>
    <w:p w14:paraId="0711931D" w14:textId="77777777" w:rsidR="00687E56" w:rsidRPr="007C3236" w:rsidRDefault="00425CFA">
      <w:pPr>
        <w:spacing w:before="280" w:after="120"/>
      </w:pPr>
      <w:r w:rsidRPr="007C3236">
        <w:rPr>
          <w:rFonts w:ascii="Times New Roman" w:hAnsi="Times New Roman"/>
          <w:b/>
          <w:color w:val="002060"/>
          <w:sz w:val="24"/>
        </w:rPr>
        <w:t>I. BỘ CHÍNH TRỊ, BAN BÍ THƯ, VĂN PHÒNG TRUNG ƯƠNG ĐẢNG</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27DA17B7" w14:textId="77777777">
        <w:trPr>
          <w:jc w:val="center"/>
        </w:trPr>
        <w:tc>
          <w:tcPr>
            <w:tcW w:w="864" w:type="dxa"/>
            <w:shd w:val="clear" w:color="auto" w:fill="1F4E78"/>
            <w:tcMar>
              <w:top w:w="120" w:type="dxa"/>
              <w:left w:w="150" w:type="dxa"/>
              <w:bottom w:w="120" w:type="dxa"/>
              <w:right w:w="150" w:type="dxa"/>
            </w:tcMar>
          </w:tcPr>
          <w:p w14:paraId="48456E71"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2AAAB3A7"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71BAD5E5"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27ACB64B"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3DFF38F0" w14:textId="77777777">
        <w:trPr>
          <w:jc w:val="center"/>
        </w:trPr>
        <w:tc>
          <w:tcPr>
            <w:tcW w:w="864" w:type="dxa"/>
            <w:tcMar>
              <w:top w:w="100" w:type="dxa"/>
              <w:left w:w="150" w:type="dxa"/>
              <w:bottom w:w="100" w:type="dxa"/>
              <w:right w:w="150" w:type="dxa"/>
            </w:tcMar>
          </w:tcPr>
          <w:p w14:paraId="74CC915B" w14:textId="77777777" w:rsidR="00687E56" w:rsidRPr="007C3236" w:rsidRDefault="00425CFA">
            <w:pPr>
              <w:jc w:val="center"/>
            </w:pPr>
            <w:r w:rsidRPr="007C3236">
              <w:rPr>
                <w:rFonts w:ascii="Times New Roman" w:hAnsi="Times New Roman"/>
                <w:sz w:val="20"/>
              </w:rPr>
              <w:t>1</w:t>
            </w:r>
          </w:p>
        </w:tc>
        <w:tc>
          <w:tcPr>
            <w:tcW w:w="3024" w:type="dxa"/>
            <w:tcMar>
              <w:top w:w="100" w:type="dxa"/>
              <w:left w:w="150" w:type="dxa"/>
              <w:bottom w:w="100" w:type="dxa"/>
              <w:right w:w="150" w:type="dxa"/>
            </w:tcMar>
          </w:tcPr>
          <w:p w14:paraId="66F15401" w14:textId="77777777" w:rsidR="00687E56" w:rsidRPr="007C3236" w:rsidRDefault="00425CFA">
            <w:r w:rsidRPr="007C3236">
              <w:rPr>
                <w:rFonts w:ascii="Times New Roman" w:hAnsi="Times New Roman"/>
                <w:sz w:val="20"/>
              </w:rPr>
              <w:t>Nghị quyết số 57-NQ/TW</w:t>
            </w:r>
          </w:p>
        </w:tc>
        <w:tc>
          <w:tcPr>
            <w:tcW w:w="1728" w:type="dxa"/>
            <w:tcMar>
              <w:top w:w="100" w:type="dxa"/>
              <w:left w:w="150" w:type="dxa"/>
              <w:bottom w:w="100" w:type="dxa"/>
              <w:right w:w="150" w:type="dxa"/>
            </w:tcMar>
          </w:tcPr>
          <w:p w14:paraId="5330A59F" w14:textId="77777777" w:rsidR="00687E56" w:rsidRPr="007C3236" w:rsidRDefault="00425CFA">
            <w:pPr>
              <w:jc w:val="center"/>
            </w:pPr>
            <w:r w:rsidRPr="007C3236">
              <w:rPr>
                <w:rFonts w:ascii="Times New Roman" w:hAnsi="Times New Roman"/>
                <w:sz w:val="20"/>
              </w:rPr>
              <w:t>22/12/2024</w:t>
            </w:r>
          </w:p>
        </w:tc>
        <w:tc>
          <w:tcPr>
            <w:tcW w:w="3744" w:type="dxa"/>
            <w:tcMar>
              <w:top w:w="100" w:type="dxa"/>
              <w:left w:w="150" w:type="dxa"/>
              <w:bottom w:w="100" w:type="dxa"/>
              <w:right w:w="150" w:type="dxa"/>
            </w:tcMar>
          </w:tcPr>
          <w:p w14:paraId="0C4E96E3" w14:textId="77777777" w:rsidR="00687E56" w:rsidRPr="007C3236" w:rsidRDefault="00425CFA">
            <w:r w:rsidRPr="007C3236">
              <w:rPr>
                <w:rFonts w:ascii="Times New Roman" w:hAnsi="Times New Roman"/>
                <w:sz w:val="20"/>
              </w:rPr>
              <w:t>Bộ Chính trị: Về đột phá phát triển khoa học, công nghệ, đổi mới sáng tạo và chuyển đổi số quốc gia (văn bản gốc)</w:t>
            </w:r>
          </w:p>
        </w:tc>
      </w:tr>
      <w:tr w:rsidR="00687E56" w:rsidRPr="007C3236" w14:paraId="5C78CDAC" w14:textId="77777777">
        <w:trPr>
          <w:jc w:val="center"/>
        </w:trPr>
        <w:tc>
          <w:tcPr>
            <w:tcW w:w="864" w:type="dxa"/>
            <w:shd w:val="clear" w:color="auto" w:fill="F2F2F2"/>
            <w:tcMar>
              <w:top w:w="100" w:type="dxa"/>
              <w:left w:w="150" w:type="dxa"/>
              <w:bottom w:w="100" w:type="dxa"/>
              <w:right w:w="150" w:type="dxa"/>
            </w:tcMar>
          </w:tcPr>
          <w:p w14:paraId="03382B0E" w14:textId="77777777" w:rsidR="00687E56" w:rsidRPr="007C3236" w:rsidRDefault="00425CFA">
            <w:pPr>
              <w:jc w:val="center"/>
            </w:pPr>
            <w:r w:rsidRPr="007C3236">
              <w:rPr>
                <w:rFonts w:ascii="Times New Roman" w:hAnsi="Times New Roman"/>
                <w:sz w:val="20"/>
              </w:rPr>
              <w:t>2</w:t>
            </w:r>
          </w:p>
        </w:tc>
        <w:tc>
          <w:tcPr>
            <w:tcW w:w="3024" w:type="dxa"/>
            <w:shd w:val="clear" w:color="auto" w:fill="F2F2F2"/>
            <w:tcMar>
              <w:top w:w="100" w:type="dxa"/>
              <w:left w:w="150" w:type="dxa"/>
              <w:bottom w:w="100" w:type="dxa"/>
              <w:right w:w="150" w:type="dxa"/>
            </w:tcMar>
          </w:tcPr>
          <w:p w14:paraId="1CD85FBA" w14:textId="77777777" w:rsidR="00687E56" w:rsidRPr="007C3236" w:rsidRDefault="00425CFA">
            <w:r w:rsidRPr="007C3236">
              <w:rPr>
                <w:rFonts w:ascii="Times New Roman" w:hAnsi="Times New Roman"/>
                <w:sz w:val="20"/>
              </w:rPr>
              <w:t>Quy định số 215-QĐ/TW</w:t>
            </w:r>
          </w:p>
        </w:tc>
        <w:tc>
          <w:tcPr>
            <w:tcW w:w="1728" w:type="dxa"/>
            <w:shd w:val="clear" w:color="auto" w:fill="F2F2F2"/>
            <w:tcMar>
              <w:top w:w="100" w:type="dxa"/>
              <w:left w:w="150" w:type="dxa"/>
              <w:bottom w:w="100" w:type="dxa"/>
              <w:right w:w="150" w:type="dxa"/>
            </w:tcMar>
          </w:tcPr>
          <w:p w14:paraId="33DD196C" w14:textId="77777777" w:rsidR="00687E56" w:rsidRPr="007C3236" w:rsidRDefault="00425CFA">
            <w:pPr>
              <w:jc w:val="center"/>
            </w:pPr>
            <w:r w:rsidRPr="007C3236">
              <w:rPr>
                <w:rFonts w:ascii="Times New Roman" w:hAnsi="Times New Roman"/>
                <w:sz w:val="20"/>
              </w:rPr>
              <w:t>18/8/2026</w:t>
            </w:r>
          </w:p>
        </w:tc>
        <w:tc>
          <w:tcPr>
            <w:tcW w:w="3744" w:type="dxa"/>
            <w:shd w:val="clear" w:color="auto" w:fill="F2F2F2"/>
            <w:tcMar>
              <w:top w:w="100" w:type="dxa"/>
              <w:left w:w="150" w:type="dxa"/>
              <w:bottom w:w="100" w:type="dxa"/>
              <w:right w:w="150" w:type="dxa"/>
            </w:tcMar>
          </w:tcPr>
          <w:p w14:paraId="44250D37" w14:textId="77777777" w:rsidR="00687E56" w:rsidRPr="007C3236" w:rsidRDefault="00425CFA">
            <w:r w:rsidRPr="007C3236">
              <w:rPr>
                <w:rFonts w:ascii="Times New Roman" w:hAnsi="Times New Roman"/>
                <w:sz w:val="20"/>
              </w:rPr>
              <w:t>Bộ Chính trị: Sửa đổi, bổ sung một số điều của Quy định số 230-QĐ/TW ngày 10/01/2025 về chức năng, nhiệm vụ, quyền hạn, chế độ làm việc của Ban Chỉ đạo Trung ương về phát triển KHCN, ĐMST và CĐS (Bộ Công an là cơ quan thường trực)</w:t>
            </w:r>
          </w:p>
        </w:tc>
      </w:tr>
      <w:tr w:rsidR="00687E56" w:rsidRPr="007C3236" w14:paraId="128A452B" w14:textId="77777777">
        <w:trPr>
          <w:jc w:val="center"/>
        </w:trPr>
        <w:tc>
          <w:tcPr>
            <w:tcW w:w="864" w:type="dxa"/>
            <w:tcMar>
              <w:top w:w="100" w:type="dxa"/>
              <w:left w:w="150" w:type="dxa"/>
              <w:bottom w:w="100" w:type="dxa"/>
              <w:right w:w="150" w:type="dxa"/>
            </w:tcMar>
          </w:tcPr>
          <w:p w14:paraId="21771F65" w14:textId="77777777" w:rsidR="00687E56" w:rsidRPr="007C3236" w:rsidRDefault="00425CFA">
            <w:pPr>
              <w:jc w:val="center"/>
            </w:pPr>
            <w:r w:rsidRPr="007C3236">
              <w:rPr>
                <w:rFonts w:ascii="Times New Roman" w:hAnsi="Times New Roman"/>
                <w:sz w:val="20"/>
              </w:rPr>
              <w:t>3</w:t>
            </w:r>
          </w:p>
        </w:tc>
        <w:tc>
          <w:tcPr>
            <w:tcW w:w="3024" w:type="dxa"/>
            <w:tcMar>
              <w:top w:w="100" w:type="dxa"/>
              <w:left w:w="150" w:type="dxa"/>
              <w:bottom w:w="100" w:type="dxa"/>
              <w:right w:w="150" w:type="dxa"/>
            </w:tcMar>
          </w:tcPr>
          <w:p w14:paraId="71FC2C59" w14:textId="77777777" w:rsidR="00687E56" w:rsidRPr="007C3236" w:rsidRDefault="00425CFA">
            <w:r w:rsidRPr="007C3236">
              <w:rPr>
                <w:rFonts w:ascii="Times New Roman" w:hAnsi="Times New Roman"/>
                <w:sz w:val="20"/>
              </w:rPr>
              <w:t>Quyết định số 208-QĐ/TW</w:t>
            </w:r>
          </w:p>
        </w:tc>
        <w:tc>
          <w:tcPr>
            <w:tcW w:w="1728" w:type="dxa"/>
            <w:tcMar>
              <w:top w:w="100" w:type="dxa"/>
              <w:left w:w="150" w:type="dxa"/>
              <w:bottom w:w="100" w:type="dxa"/>
              <w:right w:w="150" w:type="dxa"/>
            </w:tcMar>
          </w:tcPr>
          <w:p w14:paraId="723E372F" w14:textId="77777777" w:rsidR="00687E56" w:rsidRPr="007C3236" w:rsidRDefault="00425CFA">
            <w:pPr>
              <w:jc w:val="center"/>
            </w:pPr>
            <w:r w:rsidRPr="007C3236">
              <w:rPr>
                <w:rFonts w:ascii="Times New Roman" w:hAnsi="Times New Roman"/>
                <w:sz w:val="20"/>
              </w:rPr>
              <w:t>30/7/2026</w:t>
            </w:r>
          </w:p>
        </w:tc>
        <w:tc>
          <w:tcPr>
            <w:tcW w:w="3744" w:type="dxa"/>
            <w:tcMar>
              <w:top w:w="100" w:type="dxa"/>
              <w:left w:w="150" w:type="dxa"/>
              <w:bottom w:w="100" w:type="dxa"/>
              <w:right w:w="150" w:type="dxa"/>
            </w:tcMar>
          </w:tcPr>
          <w:p w14:paraId="57D7F2CB" w14:textId="77777777" w:rsidR="00687E56" w:rsidRPr="007C3236" w:rsidRDefault="00425CFA">
            <w:r w:rsidRPr="007C3236">
              <w:rPr>
                <w:rFonts w:ascii="Times New Roman" w:hAnsi="Times New Roman"/>
                <w:sz w:val="20"/>
              </w:rPr>
              <w:t>Bộ Chính trị: Phân công, kiện toàn nhân sự Ban Chỉ đạo Trung ương về phát triển KHCN, ĐMST và CĐS</w:t>
            </w:r>
          </w:p>
        </w:tc>
      </w:tr>
      <w:tr w:rsidR="00687E56" w:rsidRPr="007C3236" w14:paraId="633B6FED" w14:textId="77777777">
        <w:trPr>
          <w:jc w:val="center"/>
        </w:trPr>
        <w:tc>
          <w:tcPr>
            <w:tcW w:w="864" w:type="dxa"/>
            <w:shd w:val="clear" w:color="auto" w:fill="F2F2F2"/>
            <w:tcMar>
              <w:top w:w="100" w:type="dxa"/>
              <w:left w:w="150" w:type="dxa"/>
              <w:bottom w:w="100" w:type="dxa"/>
              <w:right w:w="150" w:type="dxa"/>
            </w:tcMar>
          </w:tcPr>
          <w:p w14:paraId="5D8C39EB" w14:textId="77777777" w:rsidR="00687E56" w:rsidRPr="007C3236" w:rsidRDefault="00425CFA">
            <w:pPr>
              <w:jc w:val="center"/>
            </w:pPr>
            <w:r w:rsidRPr="007C3236">
              <w:rPr>
                <w:rFonts w:ascii="Times New Roman" w:hAnsi="Times New Roman"/>
                <w:sz w:val="20"/>
              </w:rPr>
              <w:t>4</w:t>
            </w:r>
          </w:p>
        </w:tc>
        <w:tc>
          <w:tcPr>
            <w:tcW w:w="3024" w:type="dxa"/>
            <w:shd w:val="clear" w:color="auto" w:fill="F2F2F2"/>
            <w:tcMar>
              <w:top w:w="100" w:type="dxa"/>
              <w:left w:w="150" w:type="dxa"/>
              <w:bottom w:w="100" w:type="dxa"/>
              <w:right w:w="150" w:type="dxa"/>
            </w:tcMar>
          </w:tcPr>
          <w:p w14:paraId="6796C828" w14:textId="77777777" w:rsidR="00687E56" w:rsidRPr="007C3236" w:rsidRDefault="00425CFA">
            <w:r w:rsidRPr="007C3236">
              <w:rPr>
                <w:rFonts w:ascii="Times New Roman" w:hAnsi="Times New Roman"/>
                <w:sz w:val="20"/>
              </w:rPr>
              <w:t>Công văn số 3428-CV/VPTW</w:t>
            </w:r>
          </w:p>
        </w:tc>
        <w:tc>
          <w:tcPr>
            <w:tcW w:w="1728" w:type="dxa"/>
            <w:shd w:val="clear" w:color="auto" w:fill="F2F2F2"/>
            <w:tcMar>
              <w:top w:w="100" w:type="dxa"/>
              <w:left w:w="150" w:type="dxa"/>
              <w:bottom w:w="100" w:type="dxa"/>
              <w:right w:w="150" w:type="dxa"/>
            </w:tcMar>
          </w:tcPr>
          <w:p w14:paraId="1E8993EE" w14:textId="77777777" w:rsidR="00687E56" w:rsidRPr="007C3236" w:rsidRDefault="00425CFA">
            <w:pPr>
              <w:jc w:val="center"/>
            </w:pPr>
            <w:r w:rsidRPr="007C3236">
              <w:rPr>
                <w:rFonts w:ascii="Times New Roman" w:hAnsi="Times New Roman"/>
                <w:sz w:val="20"/>
              </w:rPr>
              <w:t>30/6/2026</w:t>
            </w:r>
          </w:p>
        </w:tc>
        <w:tc>
          <w:tcPr>
            <w:tcW w:w="3744" w:type="dxa"/>
            <w:shd w:val="clear" w:color="auto" w:fill="F2F2F2"/>
            <w:tcMar>
              <w:top w:w="100" w:type="dxa"/>
              <w:left w:w="150" w:type="dxa"/>
              <w:bottom w:w="100" w:type="dxa"/>
              <w:right w:w="150" w:type="dxa"/>
            </w:tcMar>
          </w:tcPr>
          <w:p w14:paraId="1EFCCC6F" w14:textId="77777777" w:rsidR="00687E56" w:rsidRPr="007C3236" w:rsidRDefault="00425CFA">
            <w:r w:rsidRPr="007C3236">
              <w:rPr>
                <w:rFonts w:ascii="Times New Roman" w:hAnsi="Times New Roman"/>
                <w:sz w:val="20"/>
              </w:rPr>
              <w:t>Văn phòng Trung ương Đảng: Thông báo ý kiến của Bộ Chính trị, Ban Bí thư sơ kết 1 năm 6 tháng thực hiện Nghị quyết 57-NQ/TW (06 định hướng lớn)</w:t>
            </w:r>
          </w:p>
        </w:tc>
      </w:tr>
      <w:tr w:rsidR="00687E56" w:rsidRPr="007C3236" w14:paraId="37505321" w14:textId="77777777">
        <w:trPr>
          <w:jc w:val="center"/>
        </w:trPr>
        <w:tc>
          <w:tcPr>
            <w:tcW w:w="864" w:type="dxa"/>
            <w:tcMar>
              <w:top w:w="100" w:type="dxa"/>
              <w:left w:w="150" w:type="dxa"/>
              <w:bottom w:w="100" w:type="dxa"/>
              <w:right w:w="150" w:type="dxa"/>
            </w:tcMar>
          </w:tcPr>
          <w:p w14:paraId="7A41BA60" w14:textId="77777777" w:rsidR="00687E56" w:rsidRPr="007C3236" w:rsidRDefault="00425CFA">
            <w:pPr>
              <w:jc w:val="center"/>
            </w:pPr>
            <w:r w:rsidRPr="007C3236">
              <w:rPr>
                <w:rFonts w:ascii="Times New Roman" w:hAnsi="Times New Roman"/>
                <w:sz w:val="20"/>
              </w:rPr>
              <w:t>5</w:t>
            </w:r>
          </w:p>
        </w:tc>
        <w:tc>
          <w:tcPr>
            <w:tcW w:w="3024" w:type="dxa"/>
            <w:tcMar>
              <w:top w:w="100" w:type="dxa"/>
              <w:left w:w="150" w:type="dxa"/>
              <w:bottom w:w="100" w:type="dxa"/>
              <w:right w:w="150" w:type="dxa"/>
            </w:tcMar>
          </w:tcPr>
          <w:p w14:paraId="4697E890" w14:textId="77777777" w:rsidR="00687E56" w:rsidRPr="007C3236" w:rsidRDefault="00425CFA">
            <w:r w:rsidRPr="007C3236">
              <w:rPr>
                <w:rFonts w:ascii="Times New Roman" w:hAnsi="Times New Roman"/>
                <w:sz w:val="20"/>
              </w:rPr>
              <w:t>Kế hoạch số 213-KH/VPTW</w:t>
            </w:r>
          </w:p>
        </w:tc>
        <w:tc>
          <w:tcPr>
            <w:tcW w:w="1728" w:type="dxa"/>
            <w:tcMar>
              <w:top w:w="100" w:type="dxa"/>
              <w:left w:w="150" w:type="dxa"/>
              <w:bottom w:w="100" w:type="dxa"/>
              <w:right w:w="150" w:type="dxa"/>
            </w:tcMar>
          </w:tcPr>
          <w:p w14:paraId="4CC1C789" w14:textId="77777777" w:rsidR="00687E56" w:rsidRPr="007C3236" w:rsidRDefault="00425CFA">
            <w:pPr>
              <w:jc w:val="center"/>
            </w:pPr>
            <w:r w:rsidRPr="007C3236">
              <w:rPr>
                <w:rFonts w:ascii="Times New Roman" w:hAnsi="Times New Roman"/>
                <w:sz w:val="20"/>
              </w:rPr>
              <w:t>05/9/2026</w:t>
            </w:r>
          </w:p>
        </w:tc>
        <w:tc>
          <w:tcPr>
            <w:tcW w:w="3744" w:type="dxa"/>
            <w:tcMar>
              <w:top w:w="100" w:type="dxa"/>
              <w:left w:w="150" w:type="dxa"/>
              <w:bottom w:w="100" w:type="dxa"/>
              <w:right w:w="150" w:type="dxa"/>
            </w:tcMar>
          </w:tcPr>
          <w:p w14:paraId="4110A9D6" w14:textId="77777777" w:rsidR="00687E56" w:rsidRPr="007C3236" w:rsidRDefault="00425CFA">
            <w:r w:rsidRPr="007C3236">
              <w:rPr>
                <w:rFonts w:ascii="Times New Roman" w:hAnsi="Times New Roman"/>
                <w:sz w:val="20"/>
              </w:rPr>
              <w:t>Văn phòng Trung ương Đảng: Chuyển đổi số hệ thống văn phòng cấp ủy giai đoạn 2026 - 2030</w:t>
            </w:r>
          </w:p>
        </w:tc>
      </w:tr>
      <w:tr w:rsidR="00687E56" w:rsidRPr="007C3236" w14:paraId="45BEDDC4" w14:textId="77777777">
        <w:trPr>
          <w:jc w:val="center"/>
        </w:trPr>
        <w:tc>
          <w:tcPr>
            <w:tcW w:w="864" w:type="dxa"/>
            <w:shd w:val="clear" w:color="auto" w:fill="F2F2F2"/>
            <w:tcMar>
              <w:top w:w="100" w:type="dxa"/>
              <w:left w:w="150" w:type="dxa"/>
              <w:bottom w:w="100" w:type="dxa"/>
              <w:right w:w="150" w:type="dxa"/>
            </w:tcMar>
          </w:tcPr>
          <w:p w14:paraId="1F91F168" w14:textId="77777777" w:rsidR="00687E56" w:rsidRPr="007C3236" w:rsidRDefault="00425CFA">
            <w:pPr>
              <w:jc w:val="center"/>
            </w:pPr>
            <w:r w:rsidRPr="007C3236">
              <w:rPr>
                <w:rFonts w:ascii="Times New Roman" w:hAnsi="Times New Roman"/>
                <w:sz w:val="20"/>
              </w:rPr>
              <w:t>6</w:t>
            </w:r>
          </w:p>
        </w:tc>
        <w:tc>
          <w:tcPr>
            <w:tcW w:w="3024" w:type="dxa"/>
            <w:shd w:val="clear" w:color="auto" w:fill="F2F2F2"/>
            <w:tcMar>
              <w:top w:w="100" w:type="dxa"/>
              <w:left w:w="150" w:type="dxa"/>
              <w:bottom w:w="100" w:type="dxa"/>
              <w:right w:w="150" w:type="dxa"/>
            </w:tcMar>
          </w:tcPr>
          <w:p w14:paraId="3CE6E325" w14:textId="77777777" w:rsidR="00687E56" w:rsidRPr="007C3236" w:rsidRDefault="00425CFA">
            <w:r w:rsidRPr="007C3236">
              <w:rPr>
                <w:rFonts w:ascii="Times New Roman" w:hAnsi="Times New Roman"/>
                <w:sz w:val="20"/>
              </w:rPr>
              <w:t>Quyết định số 556-QĐ/VPTW</w:t>
            </w:r>
          </w:p>
        </w:tc>
        <w:tc>
          <w:tcPr>
            <w:tcW w:w="1728" w:type="dxa"/>
            <w:shd w:val="clear" w:color="auto" w:fill="F2F2F2"/>
            <w:tcMar>
              <w:top w:w="100" w:type="dxa"/>
              <w:left w:w="150" w:type="dxa"/>
              <w:bottom w:w="100" w:type="dxa"/>
              <w:right w:w="150" w:type="dxa"/>
            </w:tcMar>
          </w:tcPr>
          <w:p w14:paraId="00A4DD69" w14:textId="77777777" w:rsidR="00687E56" w:rsidRPr="007C3236" w:rsidRDefault="00425CFA">
            <w:pPr>
              <w:jc w:val="center"/>
            </w:pPr>
            <w:r w:rsidRPr="007C3236">
              <w:rPr>
                <w:rFonts w:ascii="Times New Roman" w:hAnsi="Times New Roman"/>
                <w:sz w:val="20"/>
              </w:rPr>
              <w:t>06/9/2026</w:t>
            </w:r>
          </w:p>
        </w:tc>
        <w:tc>
          <w:tcPr>
            <w:tcW w:w="3744" w:type="dxa"/>
            <w:shd w:val="clear" w:color="auto" w:fill="F2F2F2"/>
            <w:tcMar>
              <w:top w:w="100" w:type="dxa"/>
              <w:left w:w="150" w:type="dxa"/>
              <w:bottom w:w="100" w:type="dxa"/>
              <w:right w:w="150" w:type="dxa"/>
            </w:tcMar>
          </w:tcPr>
          <w:p w14:paraId="4FCEA5E3" w14:textId="77777777" w:rsidR="00687E56" w:rsidRPr="007C3236" w:rsidRDefault="00425CFA">
            <w:r w:rsidRPr="007C3236">
              <w:rPr>
                <w:rFonts w:ascii="Times New Roman" w:hAnsi="Times New Roman"/>
                <w:sz w:val="20"/>
              </w:rPr>
              <w:t>Văn phòng Trung ương Đảng: Quy chế xây dựng, triển khai, quản lý hệ thống thông tin trong các cơ quan Đảng</w:t>
            </w:r>
          </w:p>
        </w:tc>
      </w:tr>
    </w:tbl>
    <w:p w14:paraId="464E8783" w14:textId="77777777" w:rsidR="00687E56" w:rsidRPr="007C3236" w:rsidRDefault="00687E56">
      <w:pPr>
        <w:spacing w:after="120"/>
      </w:pPr>
    </w:p>
    <w:p w14:paraId="4DB1883A" w14:textId="77777777" w:rsidR="00687E56" w:rsidRPr="007C3236" w:rsidRDefault="00425CFA">
      <w:pPr>
        <w:spacing w:before="280" w:after="120"/>
      </w:pPr>
      <w:r w:rsidRPr="007C3236">
        <w:rPr>
          <w:rFonts w:ascii="Times New Roman" w:hAnsi="Times New Roman"/>
          <w:b/>
          <w:color w:val="002060"/>
          <w:sz w:val="24"/>
        </w:rPr>
        <w:t>II. BAN CHỈ ĐẠO TRUNG ƯƠNG VỀ PHÁT TRIỂN KHCN, ĐMST VÀ CĐS; BAN CHỈ ĐẠO CĐS TRONG CÁC CƠ QUAN ĐẢNG</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3FC87698" w14:textId="77777777">
        <w:trPr>
          <w:jc w:val="center"/>
        </w:trPr>
        <w:tc>
          <w:tcPr>
            <w:tcW w:w="864" w:type="dxa"/>
            <w:shd w:val="clear" w:color="auto" w:fill="1F4E78"/>
            <w:tcMar>
              <w:top w:w="120" w:type="dxa"/>
              <w:left w:w="150" w:type="dxa"/>
              <w:bottom w:w="120" w:type="dxa"/>
              <w:right w:w="150" w:type="dxa"/>
            </w:tcMar>
          </w:tcPr>
          <w:p w14:paraId="2EC3F888" w14:textId="77777777" w:rsidR="00687E56" w:rsidRPr="007C3236" w:rsidRDefault="00425CFA">
            <w:pPr>
              <w:jc w:val="center"/>
            </w:pPr>
            <w:r w:rsidRPr="007C3236">
              <w:rPr>
                <w:rFonts w:ascii="Times New Roman" w:hAnsi="Times New Roman"/>
                <w:b/>
                <w:color w:val="FFFFFF"/>
                <w:sz w:val="21"/>
              </w:rPr>
              <w:lastRenderedPageBreak/>
              <w:t>STT</w:t>
            </w:r>
          </w:p>
        </w:tc>
        <w:tc>
          <w:tcPr>
            <w:tcW w:w="3024" w:type="dxa"/>
            <w:shd w:val="clear" w:color="auto" w:fill="1F4E78"/>
            <w:tcMar>
              <w:top w:w="120" w:type="dxa"/>
              <w:left w:w="150" w:type="dxa"/>
              <w:bottom w:w="120" w:type="dxa"/>
              <w:right w:w="150" w:type="dxa"/>
            </w:tcMar>
          </w:tcPr>
          <w:p w14:paraId="2F223C9E"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4F7C509D"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6F2D815B"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6A6FDED6" w14:textId="77777777">
        <w:trPr>
          <w:jc w:val="center"/>
        </w:trPr>
        <w:tc>
          <w:tcPr>
            <w:tcW w:w="864" w:type="dxa"/>
            <w:tcMar>
              <w:top w:w="100" w:type="dxa"/>
              <w:left w:w="150" w:type="dxa"/>
              <w:bottom w:w="100" w:type="dxa"/>
              <w:right w:w="150" w:type="dxa"/>
            </w:tcMar>
          </w:tcPr>
          <w:p w14:paraId="087A8CD9" w14:textId="77777777" w:rsidR="00687E56" w:rsidRPr="007C3236" w:rsidRDefault="00425CFA">
            <w:pPr>
              <w:jc w:val="center"/>
            </w:pPr>
            <w:r w:rsidRPr="007C3236">
              <w:rPr>
                <w:rFonts w:ascii="Times New Roman" w:hAnsi="Times New Roman"/>
                <w:sz w:val="20"/>
              </w:rPr>
              <w:t>1</w:t>
            </w:r>
          </w:p>
        </w:tc>
        <w:tc>
          <w:tcPr>
            <w:tcW w:w="3024" w:type="dxa"/>
            <w:tcMar>
              <w:top w:w="100" w:type="dxa"/>
              <w:left w:w="150" w:type="dxa"/>
              <w:bottom w:w="100" w:type="dxa"/>
              <w:right w:w="150" w:type="dxa"/>
            </w:tcMar>
          </w:tcPr>
          <w:p w14:paraId="607A1C53" w14:textId="77777777" w:rsidR="00687E56" w:rsidRPr="007C3236" w:rsidRDefault="00425CFA">
            <w:r w:rsidRPr="007C3236">
              <w:rPr>
                <w:rFonts w:ascii="Times New Roman" w:hAnsi="Times New Roman"/>
                <w:sz w:val="20"/>
              </w:rPr>
              <w:t>Chương trình số 02-CTr/BCĐTW</w:t>
            </w:r>
          </w:p>
        </w:tc>
        <w:tc>
          <w:tcPr>
            <w:tcW w:w="1728" w:type="dxa"/>
            <w:tcMar>
              <w:top w:w="100" w:type="dxa"/>
              <w:left w:w="150" w:type="dxa"/>
              <w:bottom w:w="100" w:type="dxa"/>
              <w:right w:w="150" w:type="dxa"/>
            </w:tcMar>
          </w:tcPr>
          <w:p w14:paraId="479D7E88" w14:textId="77777777" w:rsidR="00687E56" w:rsidRPr="007C3236" w:rsidRDefault="00425CFA">
            <w:pPr>
              <w:jc w:val="center"/>
            </w:pPr>
            <w:r w:rsidRPr="007C3236">
              <w:rPr>
                <w:rFonts w:ascii="Times New Roman" w:hAnsi="Times New Roman"/>
                <w:sz w:val="20"/>
              </w:rPr>
              <w:t>02/02/2026</w:t>
            </w:r>
          </w:p>
        </w:tc>
        <w:tc>
          <w:tcPr>
            <w:tcW w:w="3744" w:type="dxa"/>
            <w:tcMar>
              <w:top w:w="100" w:type="dxa"/>
              <w:left w:w="150" w:type="dxa"/>
              <w:bottom w:w="100" w:type="dxa"/>
              <w:right w:w="150" w:type="dxa"/>
            </w:tcMar>
          </w:tcPr>
          <w:p w14:paraId="000C1435" w14:textId="77777777" w:rsidR="00687E56" w:rsidRPr="007C3236" w:rsidRDefault="00425CFA">
            <w:r w:rsidRPr="007C3236">
              <w:rPr>
                <w:rFonts w:ascii="Times New Roman" w:hAnsi="Times New Roman"/>
                <w:sz w:val="20"/>
              </w:rPr>
              <w:t>Chương trình công tác năm 2026 của Ban Chỉ đạo Trung ương về phát triển KHCN, ĐMST và CĐS</w:t>
            </w:r>
          </w:p>
        </w:tc>
      </w:tr>
      <w:tr w:rsidR="00687E56" w:rsidRPr="007C3236" w14:paraId="4386031F" w14:textId="77777777">
        <w:trPr>
          <w:jc w:val="center"/>
        </w:trPr>
        <w:tc>
          <w:tcPr>
            <w:tcW w:w="864" w:type="dxa"/>
            <w:shd w:val="clear" w:color="auto" w:fill="F2F2F2"/>
            <w:tcMar>
              <w:top w:w="100" w:type="dxa"/>
              <w:left w:w="150" w:type="dxa"/>
              <w:bottom w:w="100" w:type="dxa"/>
              <w:right w:w="150" w:type="dxa"/>
            </w:tcMar>
          </w:tcPr>
          <w:p w14:paraId="60C4B0AD" w14:textId="77777777" w:rsidR="00687E56" w:rsidRPr="007C3236" w:rsidRDefault="00425CFA">
            <w:pPr>
              <w:jc w:val="center"/>
            </w:pPr>
            <w:r w:rsidRPr="007C3236">
              <w:rPr>
                <w:rFonts w:ascii="Times New Roman" w:hAnsi="Times New Roman"/>
                <w:sz w:val="20"/>
              </w:rPr>
              <w:t>2</w:t>
            </w:r>
          </w:p>
        </w:tc>
        <w:tc>
          <w:tcPr>
            <w:tcW w:w="3024" w:type="dxa"/>
            <w:shd w:val="clear" w:color="auto" w:fill="F2F2F2"/>
            <w:tcMar>
              <w:top w:w="100" w:type="dxa"/>
              <w:left w:w="150" w:type="dxa"/>
              <w:bottom w:w="100" w:type="dxa"/>
              <w:right w:w="150" w:type="dxa"/>
            </w:tcMar>
          </w:tcPr>
          <w:p w14:paraId="74BACAC4" w14:textId="77777777" w:rsidR="00687E56" w:rsidRPr="007C3236" w:rsidRDefault="00425CFA">
            <w:r w:rsidRPr="007C3236">
              <w:rPr>
                <w:rFonts w:ascii="Times New Roman" w:hAnsi="Times New Roman"/>
                <w:sz w:val="20"/>
              </w:rPr>
              <w:t>Kế hoạch số 05-KH/BCĐTW</w:t>
            </w:r>
          </w:p>
        </w:tc>
        <w:tc>
          <w:tcPr>
            <w:tcW w:w="1728" w:type="dxa"/>
            <w:shd w:val="clear" w:color="auto" w:fill="F2F2F2"/>
            <w:tcMar>
              <w:top w:w="100" w:type="dxa"/>
              <w:left w:w="150" w:type="dxa"/>
              <w:bottom w:w="100" w:type="dxa"/>
              <w:right w:w="150" w:type="dxa"/>
            </w:tcMar>
          </w:tcPr>
          <w:p w14:paraId="3D01ACF3" w14:textId="77777777" w:rsidR="00687E56" w:rsidRPr="007C3236" w:rsidRDefault="00425CFA">
            <w:pPr>
              <w:jc w:val="center"/>
            </w:pPr>
            <w:r w:rsidRPr="007C3236">
              <w:rPr>
                <w:rFonts w:ascii="Times New Roman" w:hAnsi="Times New Roman"/>
                <w:sz w:val="20"/>
              </w:rPr>
              <w:t>11/7/2026</w:t>
            </w:r>
          </w:p>
        </w:tc>
        <w:tc>
          <w:tcPr>
            <w:tcW w:w="3744" w:type="dxa"/>
            <w:shd w:val="clear" w:color="auto" w:fill="F2F2F2"/>
            <w:tcMar>
              <w:top w:w="100" w:type="dxa"/>
              <w:left w:w="150" w:type="dxa"/>
              <w:bottom w:w="100" w:type="dxa"/>
              <w:right w:w="150" w:type="dxa"/>
            </w:tcMar>
          </w:tcPr>
          <w:p w14:paraId="0454C7EA" w14:textId="77777777" w:rsidR="00687E56" w:rsidRPr="007C3236" w:rsidRDefault="00425CFA">
            <w:r w:rsidRPr="007C3236">
              <w:rPr>
                <w:rFonts w:ascii="Times New Roman" w:hAnsi="Times New Roman"/>
                <w:sz w:val="20"/>
              </w:rPr>
              <w:t>Kế hoạch hành động 100 ngày (10/7 - 30/11/2026) xử lý dứt điểm 10 nhóm điểm nghẽn về chuyển đổi số trong hệ thống chính trị</w:t>
            </w:r>
          </w:p>
        </w:tc>
      </w:tr>
      <w:tr w:rsidR="00687E56" w:rsidRPr="007C3236" w14:paraId="2C363B3E" w14:textId="77777777">
        <w:trPr>
          <w:jc w:val="center"/>
        </w:trPr>
        <w:tc>
          <w:tcPr>
            <w:tcW w:w="864" w:type="dxa"/>
            <w:tcMar>
              <w:top w:w="100" w:type="dxa"/>
              <w:left w:w="150" w:type="dxa"/>
              <w:bottom w:w="100" w:type="dxa"/>
              <w:right w:w="150" w:type="dxa"/>
            </w:tcMar>
          </w:tcPr>
          <w:p w14:paraId="07328F10" w14:textId="77777777" w:rsidR="00687E56" w:rsidRPr="007C3236" w:rsidRDefault="00425CFA">
            <w:pPr>
              <w:jc w:val="center"/>
            </w:pPr>
            <w:r w:rsidRPr="007C3236">
              <w:rPr>
                <w:rFonts w:ascii="Times New Roman" w:hAnsi="Times New Roman"/>
                <w:sz w:val="20"/>
              </w:rPr>
              <w:t>3</w:t>
            </w:r>
          </w:p>
        </w:tc>
        <w:tc>
          <w:tcPr>
            <w:tcW w:w="3024" w:type="dxa"/>
            <w:tcMar>
              <w:top w:w="100" w:type="dxa"/>
              <w:left w:w="150" w:type="dxa"/>
              <w:bottom w:w="100" w:type="dxa"/>
              <w:right w:w="150" w:type="dxa"/>
            </w:tcMar>
          </w:tcPr>
          <w:p w14:paraId="39A70146" w14:textId="77777777" w:rsidR="00687E56" w:rsidRPr="007C3236" w:rsidRDefault="00425CFA">
            <w:r w:rsidRPr="007C3236">
              <w:rPr>
                <w:rFonts w:ascii="Times New Roman" w:hAnsi="Times New Roman"/>
                <w:sz w:val="20"/>
              </w:rPr>
              <w:t>Kế hoạch số 17-KH/BCĐ</w:t>
            </w:r>
          </w:p>
        </w:tc>
        <w:tc>
          <w:tcPr>
            <w:tcW w:w="1728" w:type="dxa"/>
            <w:tcMar>
              <w:top w:w="100" w:type="dxa"/>
              <w:left w:w="150" w:type="dxa"/>
              <w:bottom w:w="100" w:type="dxa"/>
              <w:right w:w="150" w:type="dxa"/>
            </w:tcMar>
          </w:tcPr>
          <w:p w14:paraId="56E8B791" w14:textId="77777777" w:rsidR="00687E56" w:rsidRPr="007C3236" w:rsidRDefault="00425CFA">
            <w:pPr>
              <w:jc w:val="center"/>
            </w:pPr>
            <w:r w:rsidRPr="007C3236">
              <w:rPr>
                <w:rFonts w:ascii="Times New Roman" w:hAnsi="Times New Roman"/>
                <w:sz w:val="20"/>
              </w:rPr>
              <w:t>31/01/2026</w:t>
            </w:r>
          </w:p>
        </w:tc>
        <w:tc>
          <w:tcPr>
            <w:tcW w:w="3744" w:type="dxa"/>
            <w:tcMar>
              <w:top w:w="100" w:type="dxa"/>
              <w:left w:w="150" w:type="dxa"/>
              <w:bottom w:w="100" w:type="dxa"/>
              <w:right w:w="150" w:type="dxa"/>
            </w:tcMar>
          </w:tcPr>
          <w:p w14:paraId="38D7070C" w14:textId="77777777" w:rsidR="00687E56" w:rsidRPr="007C3236" w:rsidRDefault="00425CFA">
            <w:r w:rsidRPr="007C3236">
              <w:rPr>
                <w:rFonts w:ascii="Times New Roman" w:hAnsi="Times New Roman"/>
                <w:sz w:val="20"/>
              </w:rPr>
              <w:t>Ban Chỉ đạo CĐS trong các cơ quan Đảng: Chuyển đổi số trong các cơ quan Đảng năm 2026</w:t>
            </w:r>
          </w:p>
        </w:tc>
      </w:tr>
      <w:tr w:rsidR="00687E56" w:rsidRPr="007C3236" w14:paraId="60DFBA6C" w14:textId="77777777">
        <w:trPr>
          <w:jc w:val="center"/>
        </w:trPr>
        <w:tc>
          <w:tcPr>
            <w:tcW w:w="864" w:type="dxa"/>
            <w:shd w:val="clear" w:color="auto" w:fill="F2F2F2"/>
            <w:tcMar>
              <w:top w:w="100" w:type="dxa"/>
              <w:left w:w="150" w:type="dxa"/>
              <w:bottom w:w="100" w:type="dxa"/>
              <w:right w:w="150" w:type="dxa"/>
            </w:tcMar>
          </w:tcPr>
          <w:p w14:paraId="378B71DF" w14:textId="77777777" w:rsidR="00687E56" w:rsidRPr="007C3236" w:rsidRDefault="00425CFA">
            <w:pPr>
              <w:jc w:val="center"/>
            </w:pPr>
            <w:r w:rsidRPr="007C3236">
              <w:rPr>
                <w:rFonts w:ascii="Times New Roman" w:hAnsi="Times New Roman"/>
                <w:sz w:val="20"/>
              </w:rPr>
              <w:t>4</w:t>
            </w:r>
          </w:p>
        </w:tc>
        <w:tc>
          <w:tcPr>
            <w:tcW w:w="3024" w:type="dxa"/>
            <w:shd w:val="clear" w:color="auto" w:fill="F2F2F2"/>
            <w:tcMar>
              <w:top w:w="100" w:type="dxa"/>
              <w:left w:w="150" w:type="dxa"/>
              <w:bottom w:w="100" w:type="dxa"/>
              <w:right w:w="150" w:type="dxa"/>
            </w:tcMar>
          </w:tcPr>
          <w:p w14:paraId="7B9C4243" w14:textId="77777777" w:rsidR="00687E56" w:rsidRPr="007C3236" w:rsidRDefault="00425CFA">
            <w:r w:rsidRPr="007C3236">
              <w:rPr>
                <w:rFonts w:ascii="Times New Roman" w:hAnsi="Times New Roman"/>
                <w:sz w:val="20"/>
              </w:rPr>
              <w:t>Quyết định số 20-QĐ/BCĐ</w:t>
            </w:r>
          </w:p>
        </w:tc>
        <w:tc>
          <w:tcPr>
            <w:tcW w:w="1728" w:type="dxa"/>
            <w:shd w:val="clear" w:color="auto" w:fill="F2F2F2"/>
            <w:tcMar>
              <w:top w:w="100" w:type="dxa"/>
              <w:left w:w="150" w:type="dxa"/>
              <w:bottom w:w="100" w:type="dxa"/>
              <w:right w:w="150" w:type="dxa"/>
            </w:tcMar>
          </w:tcPr>
          <w:p w14:paraId="34A704C5" w14:textId="77777777" w:rsidR="00687E56" w:rsidRPr="007C3236" w:rsidRDefault="00425CFA">
            <w:pPr>
              <w:jc w:val="center"/>
            </w:pPr>
            <w:r w:rsidRPr="007C3236">
              <w:rPr>
                <w:rFonts w:ascii="Times New Roman" w:hAnsi="Times New Roman"/>
                <w:sz w:val="20"/>
              </w:rPr>
              <w:t>24/6/2026</w:t>
            </w:r>
          </w:p>
        </w:tc>
        <w:tc>
          <w:tcPr>
            <w:tcW w:w="3744" w:type="dxa"/>
            <w:shd w:val="clear" w:color="auto" w:fill="F2F2F2"/>
            <w:tcMar>
              <w:top w:w="100" w:type="dxa"/>
              <w:left w:w="150" w:type="dxa"/>
              <w:bottom w:w="100" w:type="dxa"/>
              <w:right w:w="150" w:type="dxa"/>
            </w:tcMar>
          </w:tcPr>
          <w:p w14:paraId="066EB9EF" w14:textId="77777777" w:rsidR="00687E56" w:rsidRPr="007C3236" w:rsidRDefault="00425CFA">
            <w:r w:rsidRPr="007C3236">
              <w:rPr>
                <w:rFonts w:ascii="Times New Roman" w:hAnsi="Times New Roman"/>
                <w:sz w:val="20"/>
              </w:rPr>
              <w:t>Ban Chỉ đạo CĐS trong các cơ quan Đảng: Ban hành khung kiến trúc/khung quản trị chuyển đổi số trong các cơ quan Đảng</w:t>
            </w:r>
          </w:p>
        </w:tc>
      </w:tr>
      <w:tr w:rsidR="00687E56" w:rsidRPr="007C3236" w14:paraId="19557130" w14:textId="77777777">
        <w:trPr>
          <w:jc w:val="center"/>
        </w:trPr>
        <w:tc>
          <w:tcPr>
            <w:tcW w:w="864" w:type="dxa"/>
            <w:tcMar>
              <w:top w:w="100" w:type="dxa"/>
              <w:left w:w="150" w:type="dxa"/>
              <w:bottom w:w="100" w:type="dxa"/>
              <w:right w:w="150" w:type="dxa"/>
            </w:tcMar>
          </w:tcPr>
          <w:p w14:paraId="01FFAEB5" w14:textId="77777777" w:rsidR="00687E56" w:rsidRPr="007C3236" w:rsidRDefault="00425CFA">
            <w:pPr>
              <w:jc w:val="center"/>
            </w:pPr>
            <w:r w:rsidRPr="007C3236">
              <w:rPr>
                <w:rFonts w:ascii="Times New Roman" w:hAnsi="Times New Roman"/>
                <w:sz w:val="20"/>
              </w:rPr>
              <w:t>5</w:t>
            </w:r>
          </w:p>
        </w:tc>
        <w:tc>
          <w:tcPr>
            <w:tcW w:w="3024" w:type="dxa"/>
            <w:tcMar>
              <w:top w:w="100" w:type="dxa"/>
              <w:left w:w="150" w:type="dxa"/>
              <w:bottom w:w="100" w:type="dxa"/>
              <w:right w:w="150" w:type="dxa"/>
            </w:tcMar>
          </w:tcPr>
          <w:p w14:paraId="48DE17B1" w14:textId="77777777" w:rsidR="00687E56" w:rsidRPr="007C3236" w:rsidRDefault="00425CFA">
            <w:r w:rsidRPr="007C3236">
              <w:rPr>
                <w:rFonts w:ascii="Times New Roman" w:hAnsi="Times New Roman"/>
                <w:sz w:val="20"/>
              </w:rPr>
              <w:t>Quyết định số 23-QĐ/BCĐ</w:t>
            </w:r>
          </w:p>
        </w:tc>
        <w:tc>
          <w:tcPr>
            <w:tcW w:w="1728" w:type="dxa"/>
            <w:tcMar>
              <w:top w:w="100" w:type="dxa"/>
              <w:left w:w="150" w:type="dxa"/>
              <w:bottom w:w="100" w:type="dxa"/>
              <w:right w:w="150" w:type="dxa"/>
            </w:tcMar>
          </w:tcPr>
          <w:p w14:paraId="0B3FB527" w14:textId="77777777" w:rsidR="00687E56" w:rsidRPr="007C3236" w:rsidRDefault="00425CFA">
            <w:pPr>
              <w:jc w:val="center"/>
            </w:pPr>
            <w:r w:rsidRPr="007C3236">
              <w:rPr>
                <w:rFonts w:ascii="Times New Roman" w:hAnsi="Times New Roman"/>
                <w:sz w:val="20"/>
              </w:rPr>
              <w:t>17/8/2026</w:t>
            </w:r>
          </w:p>
        </w:tc>
        <w:tc>
          <w:tcPr>
            <w:tcW w:w="3744" w:type="dxa"/>
            <w:tcMar>
              <w:top w:w="100" w:type="dxa"/>
              <w:left w:w="150" w:type="dxa"/>
              <w:bottom w:w="100" w:type="dxa"/>
              <w:right w:w="150" w:type="dxa"/>
            </w:tcMar>
          </w:tcPr>
          <w:p w14:paraId="2615471A" w14:textId="77777777" w:rsidR="00687E56" w:rsidRPr="007C3236" w:rsidRDefault="00425CFA">
            <w:r w:rsidRPr="007C3236">
              <w:rPr>
                <w:rFonts w:ascii="Times New Roman" w:hAnsi="Times New Roman"/>
                <w:sz w:val="20"/>
              </w:rPr>
              <w:t>Ban Chỉ đạo CĐS trong các cơ quan Đảng: Ban hành Bộ chỉ số đánh giá năng lực số (phiên bản 1.0)</w:t>
            </w:r>
          </w:p>
        </w:tc>
      </w:tr>
      <w:tr w:rsidR="00687E56" w:rsidRPr="007C3236" w14:paraId="4873DCB6" w14:textId="77777777">
        <w:trPr>
          <w:jc w:val="center"/>
        </w:trPr>
        <w:tc>
          <w:tcPr>
            <w:tcW w:w="864" w:type="dxa"/>
            <w:shd w:val="clear" w:color="auto" w:fill="F2F2F2"/>
            <w:tcMar>
              <w:top w:w="100" w:type="dxa"/>
              <w:left w:w="150" w:type="dxa"/>
              <w:bottom w:w="100" w:type="dxa"/>
              <w:right w:w="150" w:type="dxa"/>
            </w:tcMar>
          </w:tcPr>
          <w:p w14:paraId="7DE3EF83" w14:textId="77777777" w:rsidR="00687E56" w:rsidRPr="007C3236" w:rsidRDefault="00425CFA">
            <w:pPr>
              <w:jc w:val="center"/>
            </w:pPr>
            <w:r w:rsidRPr="007C3236">
              <w:rPr>
                <w:rFonts w:ascii="Times New Roman" w:hAnsi="Times New Roman"/>
                <w:sz w:val="20"/>
              </w:rPr>
              <w:t>6</w:t>
            </w:r>
          </w:p>
        </w:tc>
        <w:tc>
          <w:tcPr>
            <w:tcW w:w="3024" w:type="dxa"/>
            <w:shd w:val="clear" w:color="auto" w:fill="F2F2F2"/>
            <w:tcMar>
              <w:top w:w="100" w:type="dxa"/>
              <w:left w:w="150" w:type="dxa"/>
              <w:bottom w:w="100" w:type="dxa"/>
              <w:right w:w="150" w:type="dxa"/>
            </w:tcMar>
          </w:tcPr>
          <w:p w14:paraId="2C6873D2" w14:textId="77777777" w:rsidR="00687E56" w:rsidRPr="007C3236" w:rsidRDefault="00425CFA">
            <w:r w:rsidRPr="007C3236">
              <w:rPr>
                <w:rFonts w:ascii="Times New Roman" w:hAnsi="Times New Roman"/>
                <w:sz w:val="20"/>
              </w:rPr>
              <w:t>Luật Giao dịch điện tử 2023</w:t>
            </w:r>
          </w:p>
        </w:tc>
        <w:tc>
          <w:tcPr>
            <w:tcW w:w="1728" w:type="dxa"/>
            <w:shd w:val="clear" w:color="auto" w:fill="F2F2F2"/>
            <w:tcMar>
              <w:top w:w="100" w:type="dxa"/>
              <w:left w:w="150" w:type="dxa"/>
              <w:bottom w:w="100" w:type="dxa"/>
              <w:right w:w="150" w:type="dxa"/>
            </w:tcMar>
          </w:tcPr>
          <w:p w14:paraId="3E300340" w14:textId="77777777" w:rsidR="00687E56" w:rsidRPr="007C3236" w:rsidRDefault="00425CFA">
            <w:pPr>
              <w:jc w:val="center"/>
            </w:pPr>
            <w:r w:rsidRPr="007C3236">
              <w:rPr>
                <w:rFonts w:ascii="Times New Roman" w:hAnsi="Times New Roman"/>
                <w:sz w:val="20"/>
              </w:rPr>
              <w:t>22/06/2023</w:t>
            </w:r>
          </w:p>
        </w:tc>
        <w:tc>
          <w:tcPr>
            <w:tcW w:w="3744" w:type="dxa"/>
            <w:shd w:val="clear" w:color="auto" w:fill="F2F2F2"/>
            <w:tcMar>
              <w:top w:w="100" w:type="dxa"/>
              <w:left w:w="150" w:type="dxa"/>
              <w:bottom w:w="100" w:type="dxa"/>
              <w:right w:w="150" w:type="dxa"/>
            </w:tcMar>
          </w:tcPr>
          <w:p w14:paraId="52F97E6C" w14:textId="77777777" w:rsidR="00687E56" w:rsidRPr="007C3236" w:rsidRDefault="00425CFA">
            <w:r w:rsidRPr="007C3236">
              <w:rPr>
                <w:rFonts w:ascii="Times New Roman" w:hAnsi="Times New Roman"/>
                <w:sz w:val="20"/>
              </w:rPr>
              <w:t>Quốc hội: Quy định về giao dịch điện tử trong hoạt động của cơ quan nhà nước, tổ chức, cá nhân</w:t>
            </w:r>
          </w:p>
        </w:tc>
      </w:tr>
      <w:tr w:rsidR="00687E56" w:rsidRPr="007C3236" w14:paraId="0747EE50" w14:textId="77777777">
        <w:trPr>
          <w:jc w:val="center"/>
        </w:trPr>
        <w:tc>
          <w:tcPr>
            <w:tcW w:w="864" w:type="dxa"/>
            <w:tcMar>
              <w:top w:w="100" w:type="dxa"/>
              <w:left w:w="150" w:type="dxa"/>
              <w:bottom w:w="100" w:type="dxa"/>
              <w:right w:w="150" w:type="dxa"/>
            </w:tcMar>
          </w:tcPr>
          <w:p w14:paraId="1FE7060A" w14:textId="77777777" w:rsidR="00687E56" w:rsidRPr="007C3236" w:rsidRDefault="00425CFA">
            <w:pPr>
              <w:jc w:val="center"/>
            </w:pPr>
            <w:r w:rsidRPr="007C3236">
              <w:rPr>
                <w:rFonts w:ascii="Times New Roman" w:hAnsi="Times New Roman"/>
                <w:sz w:val="20"/>
              </w:rPr>
              <w:t>7</w:t>
            </w:r>
          </w:p>
        </w:tc>
        <w:tc>
          <w:tcPr>
            <w:tcW w:w="3024" w:type="dxa"/>
            <w:tcMar>
              <w:top w:w="100" w:type="dxa"/>
              <w:left w:w="150" w:type="dxa"/>
              <w:bottom w:w="100" w:type="dxa"/>
              <w:right w:w="150" w:type="dxa"/>
            </w:tcMar>
          </w:tcPr>
          <w:p w14:paraId="7CDF71E4" w14:textId="77777777" w:rsidR="00687E56" w:rsidRPr="007C3236" w:rsidRDefault="00425CFA">
            <w:r w:rsidRPr="007C3236">
              <w:rPr>
                <w:rFonts w:ascii="Times New Roman" w:hAnsi="Times New Roman"/>
                <w:sz w:val="20"/>
              </w:rPr>
              <w:t>Quy định số 05-QĐ/BCĐTW</w:t>
            </w:r>
          </w:p>
        </w:tc>
        <w:tc>
          <w:tcPr>
            <w:tcW w:w="1728" w:type="dxa"/>
            <w:tcMar>
              <w:top w:w="100" w:type="dxa"/>
              <w:left w:w="150" w:type="dxa"/>
              <w:bottom w:w="100" w:type="dxa"/>
              <w:right w:w="150" w:type="dxa"/>
            </w:tcMar>
          </w:tcPr>
          <w:p w14:paraId="232123E0" w14:textId="77777777" w:rsidR="00687E56" w:rsidRPr="007C3236" w:rsidRDefault="00425CFA">
            <w:pPr>
              <w:jc w:val="center"/>
            </w:pPr>
            <w:r w:rsidRPr="007C3236">
              <w:rPr>
                <w:rFonts w:ascii="Times New Roman" w:hAnsi="Times New Roman"/>
                <w:sz w:val="20"/>
              </w:rPr>
              <w:t>27/08/2025</w:t>
            </w:r>
          </w:p>
        </w:tc>
        <w:tc>
          <w:tcPr>
            <w:tcW w:w="3744" w:type="dxa"/>
            <w:tcMar>
              <w:top w:w="100" w:type="dxa"/>
              <w:left w:w="150" w:type="dxa"/>
              <w:bottom w:w="100" w:type="dxa"/>
              <w:right w:w="150" w:type="dxa"/>
            </w:tcMar>
          </w:tcPr>
          <w:p w14:paraId="496A1F84" w14:textId="77777777" w:rsidR="00687E56" w:rsidRPr="007C3236" w:rsidRDefault="00425CFA">
            <w:r w:rsidRPr="007C3236">
              <w:rPr>
                <w:rFonts w:ascii="Times New Roman" w:hAnsi="Times New Roman"/>
                <w:sz w:val="20"/>
              </w:rPr>
              <w:t>Ban Chỉ đạo Trung ương: Quy định về bảo đảm an toàn thông tin, an ninh mạng trong chuyển đổi số</w:t>
            </w:r>
          </w:p>
        </w:tc>
      </w:tr>
      <w:tr w:rsidR="00687E56" w:rsidRPr="007C3236" w14:paraId="5EA51585" w14:textId="77777777">
        <w:trPr>
          <w:jc w:val="center"/>
        </w:trPr>
        <w:tc>
          <w:tcPr>
            <w:tcW w:w="864" w:type="dxa"/>
            <w:shd w:val="clear" w:color="auto" w:fill="F2F2F2"/>
            <w:tcMar>
              <w:top w:w="100" w:type="dxa"/>
              <w:left w:w="150" w:type="dxa"/>
              <w:bottom w:w="100" w:type="dxa"/>
              <w:right w:w="150" w:type="dxa"/>
            </w:tcMar>
          </w:tcPr>
          <w:p w14:paraId="6D8E20FE" w14:textId="77777777" w:rsidR="00687E56" w:rsidRPr="007C3236" w:rsidRDefault="00425CFA">
            <w:pPr>
              <w:jc w:val="center"/>
            </w:pPr>
            <w:r w:rsidRPr="007C3236">
              <w:rPr>
                <w:rFonts w:ascii="Times New Roman" w:hAnsi="Times New Roman"/>
                <w:sz w:val="20"/>
              </w:rPr>
              <w:t>8</w:t>
            </w:r>
          </w:p>
        </w:tc>
        <w:tc>
          <w:tcPr>
            <w:tcW w:w="3024" w:type="dxa"/>
            <w:shd w:val="clear" w:color="auto" w:fill="F2F2F2"/>
            <w:tcMar>
              <w:top w:w="100" w:type="dxa"/>
              <w:left w:w="150" w:type="dxa"/>
              <w:bottom w:w="100" w:type="dxa"/>
              <w:right w:w="150" w:type="dxa"/>
            </w:tcMar>
          </w:tcPr>
          <w:p w14:paraId="00949761" w14:textId="77777777" w:rsidR="00687E56" w:rsidRPr="007C3236" w:rsidRDefault="00425CFA">
            <w:r w:rsidRPr="007C3236">
              <w:rPr>
                <w:rFonts w:ascii="Times New Roman" w:hAnsi="Times New Roman"/>
                <w:sz w:val="20"/>
              </w:rPr>
              <w:t>Kế hoạch số 02-KH/BCĐTW</w:t>
            </w:r>
          </w:p>
        </w:tc>
        <w:tc>
          <w:tcPr>
            <w:tcW w:w="1728" w:type="dxa"/>
            <w:shd w:val="clear" w:color="auto" w:fill="F2F2F2"/>
            <w:tcMar>
              <w:top w:w="100" w:type="dxa"/>
              <w:left w:w="150" w:type="dxa"/>
              <w:bottom w:w="100" w:type="dxa"/>
              <w:right w:w="150" w:type="dxa"/>
            </w:tcMar>
          </w:tcPr>
          <w:p w14:paraId="5F801551" w14:textId="77777777" w:rsidR="00687E56" w:rsidRPr="007C3236" w:rsidRDefault="00425CFA">
            <w:pPr>
              <w:jc w:val="center"/>
            </w:pPr>
            <w:r w:rsidRPr="007C3236">
              <w:rPr>
                <w:rFonts w:ascii="Times New Roman" w:hAnsi="Times New Roman"/>
                <w:sz w:val="20"/>
              </w:rPr>
              <w:t>19/06/2025</w:t>
            </w:r>
          </w:p>
        </w:tc>
        <w:tc>
          <w:tcPr>
            <w:tcW w:w="3744" w:type="dxa"/>
            <w:shd w:val="clear" w:color="auto" w:fill="F2F2F2"/>
            <w:tcMar>
              <w:top w:w="100" w:type="dxa"/>
              <w:left w:w="150" w:type="dxa"/>
              <w:bottom w:w="100" w:type="dxa"/>
              <w:right w:w="150" w:type="dxa"/>
            </w:tcMar>
          </w:tcPr>
          <w:p w14:paraId="4FBE9D4B" w14:textId="77777777" w:rsidR="00687E56" w:rsidRPr="007C3236" w:rsidRDefault="00425CFA">
            <w:r w:rsidRPr="007C3236">
              <w:rPr>
                <w:rFonts w:ascii="Times New Roman" w:hAnsi="Times New Roman"/>
                <w:sz w:val="20"/>
              </w:rPr>
              <w:t>Ban Chỉ đạo Trung ương: Kế hoạch triển khai các nhiệm vụ chuyển đổi số trọng tâm</w:t>
            </w:r>
          </w:p>
        </w:tc>
      </w:tr>
      <w:tr w:rsidR="00687E56" w:rsidRPr="007C3236" w14:paraId="446BF790" w14:textId="77777777">
        <w:trPr>
          <w:jc w:val="center"/>
        </w:trPr>
        <w:tc>
          <w:tcPr>
            <w:tcW w:w="864" w:type="dxa"/>
            <w:tcMar>
              <w:top w:w="100" w:type="dxa"/>
              <w:left w:w="150" w:type="dxa"/>
              <w:bottom w:w="100" w:type="dxa"/>
              <w:right w:w="150" w:type="dxa"/>
            </w:tcMar>
          </w:tcPr>
          <w:p w14:paraId="7E376FE5" w14:textId="77777777" w:rsidR="00687E56" w:rsidRPr="007C3236" w:rsidRDefault="00425CFA">
            <w:pPr>
              <w:jc w:val="center"/>
            </w:pPr>
            <w:r w:rsidRPr="007C3236">
              <w:rPr>
                <w:rFonts w:ascii="Times New Roman" w:hAnsi="Times New Roman"/>
                <w:sz w:val="20"/>
              </w:rPr>
              <w:t>9</w:t>
            </w:r>
          </w:p>
        </w:tc>
        <w:tc>
          <w:tcPr>
            <w:tcW w:w="3024" w:type="dxa"/>
            <w:tcMar>
              <w:top w:w="100" w:type="dxa"/>
              <w:left w:w="150" w:type="dxa"/>
              <w:bottom w:w="100" w:type="dxa"/>
              <w:right w:w="150" w:type="dxa"/>
            </w:tcMar>
          </w:tcPr>
          <w:p w14:paraId="2FCCA991" w14:textId="77777777" w:rsidR="00687E56" w:rsidRPr="007C3236" w:rsidRDefault="00425CFA">
            <w:r w:rsidRPr="007C3236">
              <w:rPr>
                <w:rFonts w:ascii="Times New Roman" w:hAnsi="Times New Roman"/>
                <w:sz w:val="20"/>
              </w:rPr>
              <w:t>Nghị định 23/2025/NĐ-CP</w:t>
            </w:r>
          </w:p>
        </w:tc>
        <w:tc>
          <w:tcPr>
            <w:tcW w:w="1728" w:type="dxa"/>
            <w:tcMar>
              <w:top w:w="100" w:type="dxa"/>
              <w:left w:w="150" w:type="dxa"/>
              <w:bottom w:w="100" w:type="dxa"/>
              <w:right w:w="150" w:type="dxa"/>
            </w:tcMar>
          </w:tcPr>
          <w:p w14:paraId="5991DF70" w14:textId="77777777" w:rsidR="00687E56" w:rsidRPr="007C3236" w:rsidRDefault="00425CFA">
            <w:pPr>
              <w:jc w:val="center"/>
            </w:pPr>
            <w:r w:rsidRPr="007C3236">
              <w:rPr>
                <w:rFonts w:ascii="Times New Roman" w:hAnsi="Times New Roman"/>
                <w:sz w:val="20"/>
              </w:rPr>
              <w:t>03/03/2025</w:t>
            </w:r>
          </w:p>
        </w:tc>
        <w:tc>
          <w:tcPr>
            <w:tcW w:w="3744" w:type="dxa"/>
            <w:tcMar>
              <w:top w:w="100" w:type="dxa"/>
              <w:left w:w="150" w:type="dxa"/>
              <w:bottom w:w="100" w:type="dxa"/>
              <w:right w:w="150" w:type="dxa"/>
            </w:tcMar>
          </w:tcPr>
          <w:p w14:paraId="4C35BBA1" w14:textId="77777777" w:rsidR="00687E56" w:rsidRPr="007C3236" w:rsidRDefault="00425CFA">
            <w:r w:rsidRPr="007C3236">
              <w:rPr>
                <w:rFonts w:ascii="Times New Roman" w:hAnsi="Times New Roman"/>
                <w:sz w:val="20"/>
              </w:rPr>
              <w:t>Chính phủ: Quy định về chữ ký số và dịch vụ chứng thực chữ ký số</w:t>
            </w:r>
          </w:p>
        </w:tc>
      </w:tr>
    </w:tbl>
    <w:p w14:paraId="7D05349D" w14:textId="77777777" w:rsidR="00687E56" w:rsidRPr="007C3236" w:rsidRDefault="00687E56">
      <w:pPr>
        <w:spacing w:after="120"/>
      </w:pPr>
    </w:p>
    <w:p w14:paraId="4BC05B0D" w14:textId="77777777" w:rsidR="00687E56" w:rsidRPr="007C3236" w:rsidRDefault="00425CFA">
      <w:pPr>
        <w:spacing w:before="280" w:after="120"/>
      </w:pPr>
      <w:r w:rsidRPr="007C3236">
        <w:rPr>
          <w:rFonts w:ascii="Times New Roman" w:hAnsi="Times New Roman"/>
          <w:b/>
          <w:color w:val="002060"/>
          <w:sz w:val="24"/>
        </w:rPr>
        <w:t>III. CHÍNH PHỦ, THỦ TƯỚNG CHÍNH PHỦ</w:t>
      </w:r>
    </w:p>
    <w:p w14:paraId="2D71F0D8" w14:textId="77777777" w:rsidR="00687E56" w:rsidRPr="007C3236" w:rsidRDefault="00425CFA">
      <w:pPr>
        <w:spacing w:before="160" w:after="80"/>
      </w:pPr>
      <w:r w:rsidRPr="007C3236">
        <w:rPr>
          <w:rFonts w:ascii="Times New Roman" w:hAnsi="Times New Roman"/>
          <w:b/>
          <w:i/>
          <w:color w:val="1F4E79"/>
        </w:rPr>
        <w:t>Nhóm 1. Thực hiện Nghị quyết 57 và chuyển đổi số</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2A5432BF" w14:textId="77777777">
        <w:trPr>
          <w:jc w:val="center"/>
        </w:trPr>
        <w:tc>
          <w:tcPr>
            <w:tcW w:w="864" w:type="dxa"/>
            <w:shd w:val="clear" w:color="auto" w:fill="1F4E78"/>
            <w:tcMar>
              <w:top w:w="120" w:type="dxa"/>
              <w:left w:w="150" w:type="dxa"/>
              <w:bottom w:w="120" w:type="dxa"/>
              <w:right w:w="150" w:type="dxa"/>
            </w:tcMar>
          </w:tcPr>
          <w:p w14:paraId="07315042" w14:textId="77777777" w:rsidR="00687E56" w:rsidRPr="007C3236" w:rsidRDefault="00425CFA">
            <w:pPr>
              <w:jc w:val="center"/>
            </w:pPr>
            <w:r w:rsidRPr="007C3236">
              <w:rPr>
                <w:rFonts w:ascii="Times New Roman" w:hAnsi="Times New Roman"/>
                <w:b/>
                <w:color w:val="FFFFFF"/>
                <w:sz w:val="21"/>
              </w:rPr>
              <w:lastRenderedPageBreak/>
              <w:t>STT</w:t>
            </w:r>
          </w:p>
        </w:tc>
        <w:tc>
          <w:tcPr>
            <w:tcW w:w="3024" w:type="dxa"/>
            <w:shd w:val="clear" w:color="auto" w:fill="1F4E78"/>
            <w:tcMar>
              <w:top w:w="120" w:type="dxa"/>
              <w:left w:w="150" w:type="dxa"/>
              <w:bottom w:w="120" w:type="dxa"/>
              <w:right w:w="150" w:type="dxa"/>
            </w:tcMar>
          </w:tcPr>
          <w:p w14:paraId="09E0B9E3"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0D47FF00"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1E0E6C0F"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5E36C6A4" w14:textId="77777777">
        <w:trPr>
          <w:jc w:val="center"/>
        </w:trPr>
        <w:tc>
          <w:tcPr>
            <w:tcW w:w="864" w:type="dxa"/>
            <w:tcMar>
              <w:top w:w="100" w:type="dxa"/>
              <w:left w:w="150" w:type="dxa"/>
              <w:bottom w:w="100" w:type="dxa"/>
              <w:right w:w="150" w:type="dxa"/>
            </w:tcMar>
          </w:tcPr>
          <w:p w14:paraId="7B2BA52C" w14:textId="77777777" w:rsidR="00687E56" w:rsidRPr="007C3236" w:rsidRDefault="00425CFA">
            <w:pPr>
              <w:jc w:val="center"/>
            </w:pPr>
            <w:r w:rsidRPr="007C3236">
              <w:rPr>
                <w:rFonts w:ascii="Times New Roman" w:hAnsi="Times New Roman"/>
                <w:sz w:val="20"/>
              </w:rPr>
              <w:t>1</w:t>
            </w:r>
          </w:p>
        </w:tc>
        <w:tc>
          <w:tcPr>
            <w:tcW w:w="3024" w:type="dxa"/>
            <w:tcMar>
              <w:top w:w="100" w:type="dxa"/>
              <w:left w:w="150" w:type="dxa"/>
              <w:bottom w:w="100" w:type="dxa"/>
              <w:right w:w="150" w:type="dxa"/>
            </w:tcMar>
          </w:tcPr>
          <w:p w14:paraId="546C7661" w14:textId="77777777" w:rsidR="00687E56" w:rsidRPr="007C3236" w:rsidRDefault="00425CFA">
            <w:r w:rsidRPr="007C3236">
              <w:rPr>
                <w:rFonts w:ascii="Times New Roman" w:hAnsi="Times New Roman"/>
                <w:sz w:val="20"/>
              </w:rPr>
              <w:t>Nghị quyết số 11/NQ-CP</w:t>
            </w:r>
          </w:p>
        </w:tc>
        <w:tc>
          <w:tcPr>
            <w:tcW w:w="1728" w:type="dxa"/>
            <w:tcMar>
              <w:top w:w="100" w:type="dxa"/>
              <w:left w:w="150" w:type="dxa"/>
              <w:bottom w:w="100" w:type="dxa"/>
              <w:right w:w="150" w:type="dxa"/>
            </w:tcMar>
          </w:tcPr>
          <w:p w14:paraId="60064892" w14:textId="77777777" w:rsidR="00687E56" w:rsidRPr="007C3236" w:rsidRDefault="00425CFA">
            <w:pPr>
              <w:jc w:val="center"/>
            </w:pPr>
            <w:r w:rsidRPr="007C3236">
              <w:rPr>
                <w:rFonts w:ascii="Times New Roman" w:hAnsi="Times New Roman"/>
                <w:sz w:val="20"/>
              </w:rPr>
              <w:t>14/01/2026</w:t>
            </w:r>
          </w:p>
        </w:tc>
        <w:tc>
          <w:tcPr>
            <w:tcW w:w="3744" w:type="dxa"/>
            <w:tcMar>
              <w:top w:w="100" w:type="dxa"/>
              <w:left w:w="150" w:type="dxa"/>
              <w:bottom w:w="100" w:type="dxa"/>
              <w:right w:w="150" w:type="dxa"/>
            </w:tcMar>
          </w:tcPr>
          <w:p w14:paraId="6C1AE101" w14:textId="77777777" w:rsidR="00687E56" w:rsidRPr="007C3236" w:rsidRDefault="00425CFA">
            <w:r w:rsidRPr="007C3236">
              <w:rPr>
                <w:rFonts w:ascii="Times New Roman" w:hAnsi="Times New Roman"/>
                <w:sz w:val="20"/>
              </w:rPr>
              <w:t>Sửa đổi, bổ sung, cập nhật Nghị quyết số 71/NQ-CP ngày 01/4/2025 (Chương trình hành động của Chính phủ thực hiện Nghị quyết 57-NQ/TW)</w:t>
            </w:r>
          </w:p>
        </w:tc>
      </w:tr>
      <w:tr w:rsidR="00687E56" w:rsidRPr="007C3236" w14:paraId="3F4913BA" w14:textId="77777777">
        <w:trPr>
          <w:jc w:val="center"/>
        </w:trPr>
        <w:tc>
          <w:tcPr>
            <w:tcW w:w="864" w:type="dxa"/>
            <w:shd w:val="clear" w:color="auto" w:fill="F2F2F2"/>
            <w:tcMar>
              <w:top w:w="100" w:type="dxa"/>
              <w:left w:w="150" w:type="dxa"/>
              <w:bottom w:w="100" w:type="dxa"/>
              <w:right w:w="150" w:type="dxa"/>
            </w:tcMar>
          </w:tcPr>
          <w:p w14:paraId="766F7557" w14:textId="77777777" w:rsidR="00687E56" w:rsidRPr="007C3236" w:rsidRDefault="00425CFA">
            <w:pPr>
              <w:jc w:val="center"/>
            </w:pPr>
            <w:r w:rsidRPr="007C3236">
              <w:rPr>
                <w:rFonts w:ascii="Times New Roman" w:hAnsi="Times New Roman"/>
                <w:sz w:val="20"/>
              </w:rPr>
              <w:t>2</w:t>
            </w:r>
          </w:p>
        </w:tc>
        <w:tc>
          <w:tcPr>
            <w:tcW w:w="3024" w:type="dxa"/>
            <w:shd w:val="clear" w:color="auto" w:fill="F2F2F2"/>
            <w:tcMar>
              <w:top w:w="100" w:type="dxa"/>
              <w:left w:w="150" w:type="dxa"/>
              <w:bottom w:w="100" w:type="dxa"/>
              <w:right w:w="150" w:type="dxa"/>
            </w:tcMar>
          </w:tcPr>
          <w:p w14:paraId="2CF57CCC" w14:textId="77777777" w:rsidR="00687E56" w:rsidRPr="007C3236" w:rsidRDefault="00425CFA">
            <w:r w:rsidRPr="007C3236">
              <w:rPr>
                <w:rFonts w:ascii="Times New Roman" w:hAnsi="Times New Roman"/>
                <w:sz w:val="20"/>
              </w:rPr>
              <w:t>Quyết định số 1266/QĐ-TTg</w:t>
            </w:r>
          </w:p>
        </w:tc>
        <w:tc>
          <w:tcPr>
            <w:tcW w:w="1728" w:type="dxa"/>
            <w:shd w:val="clear" w:color="auto" w:fill="F2F2F2"/>
            <w:tcMar>
              <w:top w:w="100" w:type="dxa"/>
              <w:left w:w="150" w:type="dxa"/>
              <w:bottom w:w="100" w:type="dxa"/>
              <w:right w:w="150" w:type="dxa"/>
            </w:tcMar>
          </w:tcPr>
          <w:p w14:paraId="60C1710E" w14:textId="77777777" w:rsidR="00687E56" w:rsidRPr="007C3236" w:rsidRDefault="00425CFA">
            <w:pPr>
              <w:jc w:val="center"/>
            </w:pPr>
            <w:r w:rsidRPr="007C3236">
              <w:rPr>
                <w:rFonts w:ascii="Times New Roman" w:hAnsi="Times New Roman"/>
                <w:sz w:val="20"/>
              </w:rPr>
              <w:t>14/7/2026</w:t>
            </w:r>
          </w:p>
        </w:tc>
        <w:tc>
          <w:tcPr>
            <w:tcW w:w="3744" w:type="dxa"/>
            <w:shd w:val="clear" w:color="auto" w:fill="F2F2F2"/>
            <w:tcMar>
              <w:top w:w="100" w:type="dxa"/>
              <w:left w:w="150" w:type="dxa"/>
              <w:bottom w:w="100" w:type="dxa"/>
              <w:right w:w="150" w:type="dxa"/>
            </w:tcMar>
          </w:tcPr>
          <w:p w14:paraId="781B02D8" w14:textId="77777777" w:rsidR="00687E56" w:rsidRPr="007C3236" w:rsidRDefault="00425CFA">
            <w:r w:rsidRPr="007C3236">
              <w:rPr>
                <w:rFonts w:ascii="Times New Roman" w:hAnsi="Times New Roman"/>
                <w:sz w:val="20"/>
              </w:rPr>
              <w:t>Phê duyệt Chiến lược quốc gia về chuyển đổi số giai đoạn 2026 - 2030, định hướng đến năm 2045</w:t>
            </w:r>
          </w:p>
        </w:tc>
      </w:tr>
      <w:tr w:rsidR="00687E56" w:rsidRPr="007C3236" w14:paraId="6F51B3C8" w14:textId="77777777">
        <w:trPr>
          <w:jc w:val="center"/>
        </w:trPr>
        <w:tc>
          <w:tcPr>
            <w:tcW w:w="864" w:type="dxa"/>
            <w:tcMar>
              <w:top w:w="100" w:type="dxa"/>
              <w:left w:w="150" w:type="dxa"/>
              <w:bottom w:w="100" w:type="dxa"/>
              <w:right w:w="150" w:type="dxa"/>
            </w:tcMar>
          </w:tcPr>
          <w:p w14:paraId="718698C4" w14:textId="77777777" w:rsidR="00687E56" w:rsidRPr="007C3236" w:rsidRDefault="00425CFA">
            <w:pPr>
              <w:jc w:val="center"/>
            </w:pPr>
            <w:r w:rsidRPr="007C3236">
              <w:rPr>
                <w:rFonts w:ascii="Times New Roman" w:hAnsi="Times New Roman"/>
                <w:sz w:val="20"/>
              </w:rPr>
              <w:t>3</w:t>
            </w:r>
          </w:p>
        </w:tc>
        <w:tc>
          <w:tcPr>
            <w:tcW w:w="3024" w:type="dxa"/>
            <w:tcMar>
              <w:top w:w="100" w:type="dxa"/>
              <w:left w:w="150" w:type="dxa"/>
              <w:bottom w:w="100" w:type="dxa"/>
              <w:right w:w="150" w:type="dxa"/>
            </w:tcMar>
          </w:tcPr>
          <w:p w14:paraId="539F7B02" w14:textId="77777777" w:rsidR="00687E56" w:rsidRPr="007C3236" w:rsidRDefault="00425CFA">
            <w:r w:rsidRPr="007C3236">
              <w:rPr>
                <w:rFonts w:ascii="Times New Roman" w:hAnsi="Times New Roman"/>
                <w:sz w:val="20"/>
              </w:rPr>
              <w:t>Chỉ thị số 29/CT-TTg</w:t>
            </w:r>
          </w:p>
        </w:tc>
        <w:tc>
          <w:tcPr>
            <w:tcW w:w="1728" w:type="dxa"/>
            <w:tcMar>
              <w:top w:w="100" w:type="dxa"/>
              <w:left w:w="150" w:type="dxa"/>
              <w:bottom w:w="100" w:type="dxa"/>
              <w:right w:w="150" w:type="dxa"/>
            </w:tcMar>
          </w:tcPr>
          <w:p w14:paraId="283ED378" w14:textId="77777777" w:rsidR="00687E56" w:rsidRPr="007C3236" w:rsidRDefault="00425CFA">
            <w:pPr>
              <w:jc w:val="center"/>
            </w:pPr>
            <w:r w:rsidRPr="007C3236">
              <w:rPr>
                <w:rFonts w:ascii="Times New Roman" w:hAnsi="Times New Roman"/>
                <w:sz w:val="20"/>
              </w:rPr>
              <w:t>16/7/2026</w:t>
            </w:r>
          </w:p>
        </w:tc>
        <w:tc>
          <w:tcPr>
            <w:tcW w:w="3744" w:type="dxa"/>
            <w:tcMar>
              <w:top w:w="100" w:type="dxa"/>
              <w:left w:w="150" w:type="dxa"/>
              <w:bottom w:w="100" w:type="dxa"/>
              <w:right w:w="150" w:type="dxa"/>
            </w:tcMar>
          </w:tcPr>
          <w:p w14:paraId="0D4370F9" w14:textId="77777777" w:rsidR="00687E56" w:rsidRPr="007C3236" w:rsidRDefault="00425CFA">
            <w:r w:rsidRPr="007C3236">
              <w:rPr>
                <w:rFonts w:ascii="Times New Roman" w:hAnsi="Times New Roman"/>
                <w:sz w:val="20"/>
              </w:rPr>
              <w:t>Đẩy nhanh tiến độ thực hiện nhiệm vụ KHCN, ĐMST và CĐS năm 2026; người đứng đầu chịu trách nhiệm trực tiếp về giải ngân vốn</w:t>
            </w:r>
          </w:p>
        </w:tc>
      </w:tr>
      <w:tr w:rsidR="00687E56" w:rsidRPr="007C3236" w14:paraId="56C88774" w14:textId="77777777">
        <w:trPr>
          <w:jc w:val="center"/>
        </w:trPr>
        <w:tc>
          <w:tcPr>
            <w:tcW w:w="864" w:type="dxa"/>
            <w:shd w:val="clear" w:color="auto" w:fill="F2F2F2"/>
            <w:tcMar>
              <w:top w:w="100" w:type="dxa"/>
              <w:left w:w="150" w:type="dxa"/>
              <w:bottom w:w="100" w:type="dxa"/>
              <w:right w:w="150" w:type="dxa"/>
            </w:tcMar>
          </w:tcPr>
          <w:p w14:paraId="2C6AE9C2" w14:textId="77777777" w:rsidR="00687E56" w:rsidRPr="007C3236" w:rsidRDefault="00425CFA">
            <w:pPr>
              <w:jc w:val="center"/>
            </w:pPr>
            <w:r w:rsidRPr="007C3236">
              <w:rPr>
                <w:rFonts w:ascii="Times New Roman" w:hAnsi="Times New Roman"/>
                <w:sz w:val="20"/>
              </w:rPr>
              <w:t>4</w:t>
            </w:r>
          </w:p>
        </w:tc>
        <w:tc>
          <w:tcPr>
            <w:tcW w:w="3024" w:type="dxa"/>
            <w:shd w:val="clear" w:color="auto" w:fill="F2F2F2"/>
            <w:tcMar>
              <w:top w:w="100" w:type="dxa"/>
              <w:left w:w="150" w:type="dxa"/>
              <w:bottom w:w="100" w:type="dxa"/>
              <w:right w:w="150" w:type="dxa"/>
            </w:tcMar>
          </w:tcPr>
          <w:p w14:paraId="1C9672BF" w14:textId="77777777" w:rsidR="00687E56" w:rsidRPr="007C3236" w:rsidRDefault="00425CFA">
            <w:r w:rsidRPr="007C3236">
              <w:rPr>
                <w:rFonts w:ascii="Times New Roman" w:hAnsi="Times New Roman"/>
                <w:sz w:val="20"/>
              </w:rPr>
              <w:t>Thông báo số 246/TB-VPCP</w:t>
            </w:r>
          </w:p>
        </w:tc>
        <w:tc>
          <w:tcPr>
            <w:tcW w:w="1728" w:type="dxa"/>
            <w:shd w:val="clear" w:color="auto" w:fill="F2F2F2"/>
            <w:tcMar>
              <w:top w:w="100" w:type="dxa"/>
              <w:left w:w="150" w:type="dxa"/>
              <w:bottom w:w="100" w:type="dxa"/>
              <w:right w:w="150" w:type="dxa"/>
            </w:tcMar>
          </w:tcPr>
          <w:p w14:paraId="52BCD6DD" w14:textId="77777777" w:rsidR="00687E56" w:rsidRPr="007C3236" w:rsidRDefault="00425CFA">
            <w:pPr>
              <w:jc w:val="center"/>
            </w:pPr>
            <w:r w:rsidRPr="007C3236">
              <w:rPr>
                <w:rFonts w:ascii="Times New Roman" w:hAnsi="Times New Roman"/>
                <w:sz w:val="20"/>
              </w:rPr>
              <w:t>14/5/2026</w:t>
            </w:r>
          </w:p>
        </w:tc>
        <w:tc>
          <w:tcPr>
            <w:tcW w:w="3744" w:type="dxa"/>
            <w:shd w:val="clear" w:color="auto" w:fill="F2F2F2"/>
            <w:tcMar>
              <w:top w:w="100" w:type="dxa"/>
              <w:left w:w="150" w:type="dxa"/>
              <w:bottom w:w="100" w:type="dxa"/>
              <w:right w:w="150" w:type="dxa"/>
            </w:tcMar>
          </w:tcPr>
          <w:p w14:paraId="318BAF15" w14:textId="77777777" w:rsidR="00687E56" w:rsidRPr="007C3236" w:rsidRDefault="00425CFA">
            <w:r w:rsidRPr="007C3236">
              <w:rPr>
                <w:rFonts w:ascii="Times New Roman" w:hAnsi="Times New Roman"/>
                <w:sz w:val="20"/>
              </w:rPr>
              <w:t>Kết luận Phiên họp lần thứ ba năm 2026 của Ban Chỉ đạo của Chính phủ về phát triển KHCN, ĐMST, CĐS và Đề án 06</w:t>
            </w:r>
          </w:p>
        </w:tc>
      </w:tr>
    </w:tbl>
    <w:p w14:paraId="66014A46" w14:textId="77777777" w:rsidR="00687E56" w:rsidRPr="007C3236" w:rsidRDefault="00687E56">
      <w:pPr>
        <w:spacing w:after="120"/>
      </w:pPr>
    </w:p>
    <w:p w14:paraId="5A8B572A" w14:textId="77777777" w:rsidR="00687E56" w:rsidRPr="007C3236" w:rsidRDefault="00425CFA">
      <w:pPr>
        <w:spacing w:before="160" w:after="80"/>
      </w:pPr>
      <w:r w:rsidRPr="007C3236">
        <w:rPr>
          <w:rFonts w:ascii="Times New Roman" w:hAnsi="Times New Roman"/>
          <w:b/>
          <w:i/>
          <w:color w:val="1F4E79"/>
        </w:rPr>
        <w:t>Nhóm 2. Cải cách hành chính, kiểm soát thủ tục hành chính</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3796EDB4" w14:textId="77777777">
        <w:trPr>
          <w:jc w:val="center"/>
        </w:trPr>
        <w:tc>
          <w:tcPr>
            <w:tcW w:w="864" w:type="dxa"/>
            <w:shd w:val="clear" w:color="auto" w:fill="1F4E78"/>
            <w:tcMar>
              <w:top w:w="120" w:type="dxa"/>
              <w:left w:w="150" w:type="dxa"/>
              <w:bottom w:w="120" w:type="dxa"/>
              <w:right w:w="150" w:type="dxa"/>
            </w:tcMar>
          </w:tcPr>
          <w:p w14:paraId="2E9BCA23"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29A67F6D"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737342D9"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27D87F43"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24E68667" w14:textId="77777777">
        <w:trPr>
          <w:jc w:val="center"/>
        </w:trPr>
        <w:tc>
          <w:tcPr>
            <w:tcW w:w="864" w:type="dxa"/>
            <w:tcMar>
              <w:top w:w="100" w:type="dxa"/>
              <w:left w:w="150" w:type="dxa"/>
              <w:bottom w:w="100" w:type="dxa"/>
              <w:right w:w="150" w:type="dxa"/>
            </w:tcMar>
          </w:tcPr>
          <w:p w14:paraId="3429ED5B" w14:textId="77777777" w:rsidR="00687E56" w:rsidRPr="007C3236" w:rsidRDefault="00425CFA">
            <w:pPr>
              <w:jc w:val="center"/>
            </w:pPr>
            <w:r w:rsidRPr="007C3236">
              <w:rPr>
                <w:rFonts w:ascii="Times New Roman" w:hAnsi="Times New Roman"/>
                <w:sz w:val="20"/>
              </w:rPr>
              <w:t>5</w:t>
            </w:r>
          </w:p>
        </w:tc>
        <w:tc>
          <w:tcPr>
            <w:tcW w:w="3024" w:type="dxa"/>
            <w:tcMar>
              <w:top w:w="100" w:type="dxa"/>
              <w:left w:w="150" w:type="dxa"/>
              <w:bottom w:w="100" w:type="dxa"/>
              <w:right w:w="150" w:type="dxa"/>
            </w:tcMar>
          </w:tcPr>
          <w:p w14:paraId="4783832A" w14:textId="77777777" w:rsidR="00687E56" w:rsidRPr="007C3236" w:rsidRDefault="00425CFA">
            <w:r w:rsidRPr="007C3236">
              <w:rPr>
                <w:rFonts w:ascii="Times New Roman" w:hAnsi="Times New Roman"/>
                <w:sz w:val="20"/>
              </w:rPr>
              <w:t>Quyết định số 282/QĐ-TTg</w:t>
            </w:r>
          </w:p>
        </w:tc>
        <w:tc>
          <w:tcPr>
            <w:tcW w:w="1728" w:type="dxa"/>
            <w:tcMar>
              <w:top w:w="100" w:type="dxa"/>
              <w:left w:w="150" w:type="dxa"/>
              <w:bottom w:w="100" w:type="dxa"/>
              <w:right w:w="150" w:type="dxa"/>
            </w:tcMar>
          </w:tcPr>
          <w:p w14:paraId="1B4BCA90" w14:textId="77777777" w:rsidR="00687E56" w:rsidRPr="007C3236" w:rsidRDefault="00425CFA">
            <w:pPr>
              <w:jc w:val="center"/>
            </w:pPr>
            <w:r w:rsidRPr="007C3236">
              <w:rPr>
                <w:rFonts w:ascii="Times New Roman" w:hAnsi="Times New Roman"/>
                <w:sz w:val="20"/>
              </w:rPr>
              <w:t>12/02/2026</w:t>
            </w:r>
          </w:p>
        </w:tc>
        <w:tc>
          <w:tcPr>
            <w:tcW w:w="3744" w:type="dxa"/>
            <w:tcMar>
              <w:top w:w="100" w:type="dxa"/>
              <w:left w:w="150" w:type="dxa"/>
              <w:bottom w:w="100" w:type="dxa"/>
              <w:right w:w="150" w:type="dxa"/>
            </w:tcMar>
          </w:tcPr>
          <w:p w14:paraId="45A6A3CB" w14:textId="77777777" w:rsidR="00687E56" w:rsidRPr="007C3236" w:rsidRDefault="00425CFA">
            <w:r w:rsidRPr="007C3236">
              <w:rPr>
                <w:rFonts w:ascii="Times New Roman" w:hAnsi="Times New Roman"/>
                <w:sz w:val="20"/>
              </w:rPr>
              <w:t>Ban hành Kế hoạch cải cách hành chính nhà nước trọng tâm giai đoạn 2026 - 2030</w:t>
            </w:r>
          </w:p>
        </w:tc>
      </w:tr>
      <w:tr w:rsidR="00687E56" w:rsidRPr="007C3236" w14:paraId="1A83B09E" w14:textId="77777777">
        <w:trPr>
          <w:jc w:val="center"/>
        </w:trPr>
        <w:tc>
          <w:tcPr>
            <w:tcW w:w="864" w:type="dxa"/>
            <w:shd w:val="clear" w:color="auto" w:fill="F2F2F2"/>
            <w:tcMar>
              <w:top w:w="100" w:type="dxa"/>
              <w:left w:w="150" w:type="dxa"/>
              <w:bottom w:w="100" w:type="dxa"/>
              <w:right w:w="150" w:type="dxa"/>
            </w:tcMar>
          </w:tcPr>
          <w:p w14:paraId="3ABEE739" w14:textId="77777777" w:rsidR="00687E56" w:rsidRPr="007C3236" w:rsidRDefault="00425CFA">
            <w:pPr>
              <w:jc w:val="center"/>
            </w:pPr>
            <w:r w:rsidRPr="007C3236">
              <w:rPr>
                <w:rFonts w:ascii="Times New Roman" w:hAnsi="Times New Roman"/>
                <w:sz w:val="20"/>
              </w:rPr>
              <w:t>6</w:t>
            </w:r>
          </w:p>
        </w:tc>
        <w:tc>
          <w:tcPr>
            <w:tcW w:w="3024" w:type="dxa"/>
            <w:shd w:val="clear" w:color="auto" w:fill="F2F2F2"/>
            <w:tcMar>
              <w:top w:w="100" w:type="dxa"/>
              <w:left w:w="150" w:type="dxa"/>
              <w:bottom w:w="100" w:type="dxa"/>
              <w:right w:w="150" w:type="dxa"/>
            </w:tcMar>
          </w:tcPr>
          <w:p w14:paraId="48B94C53" w14:textId="77777777" w:rsidR="00687E56" w:rsidRPr="007C3236" w:rsidRDefault="00425CFA">
            <w:r w:rsidRPr="007C3236">
              <w:rPr>
                <w:rFonts w:ascii="Times New Roman" w:hAnsi="Times New Roman"/>
                <w:sz w:val="20"/>
              </w:rPr>
              <w:t>Nghị định số 224/2026/NĐ-CP</w:t>
            </w:r>
          </w:p>
        </w:tc>
        <w:tc>
          <w:tcPr>
            <w:tcW w:w="1728" w:type="dxa"/>
            <w:shd w:val="clear" w:color="auto" w:fill="F2F2F2"/>
            <w:tcMar>
              <w:top w:w="100" w:type="dxa"/>
              <w:left w:w="150" w:type="dxa"/>
              <w:bottom w:w="100" w:type="dxa"/>
              <w:right w:w="150" w:type="dxa"/>
            </w:tcMar>
          </w:tcPr>
          <w:p w14:paraId="07B1E519" w14:textId="77777777" w:rsidR="00687E56" w:rsidRPr="007C3236" w:rsidRDefault="00425CFA">
            <w:pPr>
              <w:jc w:val="center"/>
            </w:pPr>
            <w:r w:rsidRPr="007C3236">
              <w:rPr>
                <w:rFonts w:ascii="Times New Roman" w:hAnsi="Times New Roman"/>
                <w:sz w:val="20"/>
              </w:rPr>
              <w:t>24/6/2026</w:t>
            </w:r>
          </w:p>
        </w:tc>
        <w:tc>
          <w:tcPr>
            <w:tcW w:w="3744" w:type="dxa"/>
            <w:shd w:val="clear" w:color="auto" w:fill="F2F2F2"/>
            <w:tcMar>
              <w:top w:w="100" w:type="dxa"/>
              <w:left w:w="150" w:type="dxa"/>
              <w:bottom w:w="100" w:type="dxa"/>
              <w:right w:w="150" w:type="dxa"/>
            </w:tcMar>
          </w:tcPr>
          <w:p w14:paraId="4EAE947F" w14:textId="77777777" w:rsidR="00687E56" w:rsidRPr="007C3236" w:rsidRDefault="00425CFA">
            <w:r w:rsidRPr="007C3236">
              <w:rPr>
                <w:rFonts w:ascii="Times New Roman" w:hAnsi="Times New Roman"/>
                <w:sz w:val="20"/>
              </w:rPr>
              <w:t>Quy định về cung cấp dịch vụ công trực tuyến (hiệu lực 01/7/2026): dịch vụ công trực tuyến toàn trình là nguyên tắc; 04 mức độ tự động hóa</w:t>
            </w:r>
          </w:p>
        </w:tc>
      </w:tr>
      <w:tr w:rsidR="00687E56" w:rsidRPr="007C3236" w14:paraId="09C5522B" w14:textId="77777777">
        <w:trPr>
          <w:jc w:val="center"/>
        </w:trPr>
        <w:tc>
          <w:tcPr>
            <w:tcW w:w="864" w:type="dxa"/>
            <w:tcMar>
              <w:top w:w="100" w:type="dxa"/>
              <w:left w:w="150" w:type="dxa"/>
              <w:bottom w:w="100" w:type="dxa"/>
              <w:right w:w="150" w:type="dxa"/>
            </w:tcMar>
          </w:tcPr>
          <w:p w14:paraId="491B6721" w14:textId="77777777" w:rsidR="00687E56" w:rsidRPr="007C3236" w:rsidRDefault="00425CFA">
            <w:pPr>
              <w:jc w:val="center"/>
            </w:pPr>
            <w:r w:rsidRPr="007C3236">
              <w:rPr>
                <w:rFonts w:ascii="Times New Roman" w:hAnsi="Times New Roman"/>
                <w:sz w:val="20"/>
              </w:rPr>
              <w:t>7</w:t>
            </w:r>
          </w:p>
        </w:tc>
        <w:tc>
          <w:tcPr>
            <w:tcW w:w="3024" w:type="dxa"/>
            <w:tcMar>
              <w:top w:w="100" w:type="dxa"/>
              <w:left w:w="150" w:type="dxa"/>
              <w:bottom w:w="100" w:type="dxa"/>
              <w:right w:w="150" w:type="dxa"/>
            </w:tcMar>
          </w:tcPr>
          <w:p w14:paraId="3B502CA3" w14:textId="77777777" w:rsidR="00687E56" w:rsidRPr="007C3236" w:rsidRDefault="00425CFA">
            <w:r w:rsidRPr="007C3236">
              <w:rPr>
                <w:rFonts w:ascii="Times New Roman" w:hAnsi="Times New Roman"/>
                <w:sz w:val="20"/>
              </w:rPr>
              <w:t>Nghị định số 309/2026/NĐ-CP</w:t>
            </w:r>
          </w:p>
        </w:tc>
        <w:tc>
          <w:tcPr>
            <w:tcW w:w="1728" w:type="dxa"/>
            <w:tcMar>
              <w:top w:w="100" w:type="dxa"/>
              <w:left w:w="150" w:type="dxa"/>
              <w:bottom w:w="100" w:type="dxa"/>
              <w:right w:w="150" w:type="dxa"/>
            </w:tcMar>
          </w:tcPr>
          <w:p w14:paraId="0DCD4647" w14:textId="77777777" w:rsidR="00687E56" w:rsidRPr="007C3236" w:rsidRDefault="00425CFA">
            <w:pPr>
              <w:jc w:val="center"/>
            </w:pPr>
            <w:r w:rsidRPr="007C3236">
              <w:rPr>
                <w:rFonts w:ascii="Times New Roman" w:hAnsi="Times New Roman"/>
                <w:sz w:val="20"/>
              </w:rPr>
              <w:t>05/8/2026</w:t>
            </w:r>
          </w:p>
        </w:tc>
        <w:tc>
          <w:tcPr>
            <w:tcW w:w="3744" w:type="dxa"/>
            <w:tcMar>
              <w:top w:w="100" w:type="dxa"/>
              <w:left w:w="150" w:type="dxa"/>
              <w:bottom w:w="100" w:type="dxa"/>
              <w:right w:w="150" w:type="dxa"/>
            </w:tcMar>
          </w:tcPr>
          <w:p w14:paraId="170DDC33" w14:textId="77777777" w:rsidR="00687E56" w:rsidRPr="007C3236" w:rsidRDefault="00425CFA">
            <w:r w:rsidRPr="007C3236">
              <w:rPr>
                <w:rFonts w:ascii="Times New Roman" w:hAnsi="Times New Roman"/>
                <w:sz w:val="20"/>
              </w:rPr>
              <w:t>Sửa đổi, bổ sung Nghị định số 118/2025/NĐ-CP về thực hiện TTHC theo cơ chế một cửa, một cửa liên thông tại Bộ phận Một cửa và Cổng Dịch vụ công quốc gia</w:t>
            </w:r>
          </w:p>
        </w:tc>
      </w:tr>
      <w:tr w:rsidR="00687E56" w:rsidRPr="007C3236" w14:paraId="10A6DF08" w14:textId="77777777">
        <w:trPr>
          <w:jc w:val="center"/>
        </w:trPr>
        <w:tc>
          <w:tcPr>
            <w:tcW w:w="864" w:type="dxa"/>
            <w:shd w:val="clear" w:color="auto" w:fill="F2F2F2"/>
            <w:tcMar>
              <w:top w:w="100" w:type="dxa"/>
              <w:left w:w="150" w:type="dxa"/>
              <w:bottom w:w="100" w:type="dxa"/>
              <w:right w:w="150" w:type="dxa"/>
            </w:tcMar>
          </w:tcPr>
          <w:p w14:paraId="71EDF397" w14:textId="77777777" w:rsidR="00687E56" w:rsidRPr="007C3236" w:rsidRDefault="00425CFA">
            <w:pPr>
              <w:jc w:val="center"/>
            </w:pPr>
            <w:r w:rsidRPr="007C3236">
              <w:rPr>
                <w:rFonts w:ascii="Times New Roman" w:hAnsi="Times New Roman"/>
                <w:sz w:val="20"/>
              </w:rPr>
              <w:t>8</w:t>
            </w:r>
          </w:p>
        </w:tc>
        <w:tc>
          <w:tcPr>
            <w:tcW w:w="3024" w:type="dxa"/>
            <w:shd w:val="clear" w:color="auto" w:fill="F2F2F2"/>
            <w:tcMar>
              <w:top w:w="100" w:type="dxa"/>
              <w:left w:w="150" w:type="dxa"/>
              <w:bottom w:w="100" w:type="dxa"/>
              <w:right w:w="150" w:type="dxa"/>
            </w:tcMar>
          </w:tcPr>
          <w:p w14:paraId="50A6DBFE" w14:textId="77777777" w:rsidR="00687E56" w:rsidRPr="007C3236" w:rsidRDefault="00425CFA">
            <w:r w:rsidRPr="007C3236">
              <w:rPr>
                <w:rFonts w:ascii="Times New Roman" w:hAnsi="Times New Roman"/>
                <w:sz w:val="20"/>
              </w:rPr>
              <w:t>Nghị định số 310/2026/NĐ-CP</w:t>
            </w:r>
          </w:p>
        </w:tc>
        <w:tc>
          <w:tcPr>
            <w:tcW w:w="1728" w:type="dxa"/>
            <w:shd w:val="clear" w:color="auto" w:fill="F2F2F2"/>
            <w:tcMar>
              <w:top w:w="100" w:type="dxa"/>
              <w:left w:w="150" w:type="dxa"/>
              <w:bottom w:w="100" w:type="dxa"/>
              <w:right w:w="150" w:type="dxa"/>
            </w:tcMar>
          </w:tcPr>
          <w:p w14:paraId="2C528E18" w14:textId="77777777" w:rsidR="00687E56" w:rsidRPr="007C3236" w:rsidRDefault="00425CFA">
            <w:pPr>
              <w:jc w:val="center"/>
            </w:pPr>
            <w:r w:rsidRPr="007C3236">
              <w:rPr>
                <w:rFonts w:ascii="Times New Roman" w:hAnsi="Times New Roman"/>
                <w:sz w:val="20"/>
              </w:rPr>
              <w:t>05/8/2026</w:t>
            </w:r>
          </w:p>
        </w:tc>
        <w:tc>
          <w:tcPr>
            <w:tcW w:w="3744" w:type="dxa"/>
            <w:shd w:val="clear" w:color="auto" w:fill="F2F2F2"/>
            <w:tcMar>
              <w:top w:w="100" w:type="dxa"/>
              <w:left w:w="150" w:type="dxa"/>
              <w:bottom w:w="100" w:type="dxa"/>
              <w:right w:w="150" w:type="dxa"/>
            </w:tcMar>
          </w:tcPr>
          <w:p w14:paraId="7621FAFE" w14:textId="77777777" w:rsidR="00687E56" w:rsidRPr="007C3236" w:rsidRDefault="00425CFA">
            <w:r w:rsidRPr="007C3236">
              <w:rPr>
                <w:rFonts w:ascii="Times New Roman" w:hAnsi="Times New Roman"/>
                <w:sz w:val="20"/>
              </w:rPr>
              <w:t>Sửa đổi, bổ sung Nghị định số 45/2020/NĐ-CP về thực hiện thủ tục hành chính trên môi trường điện tử</w:t>
            </w:r>
          </w:p>
        </w:tc>
      </w:tr>
      <w:tr w:rsidR="00687E56" w:rsidRPr="007C3236" w14:paraId="435A099F" w14:textId="77777777">
        <w:trPr>
          <w:jc w:val="center"/>
        </w:trPr>
        <w:tc>
          <w:tcPr>
            <w:tcW w:w="864" w:type="dxa"/>
            <w:tcMar>
              <w:top w:w="100" w:type="dxa"/>
              <w:left w:w="150" w:type="dxa"/>
              <w:bottom w:w="100" w:type="dxa"/>
              <w:right w:w="150" w:type="dxa"/>
            </w:tcMar>
          </w:tcPr>
          <w:p w14:paraId="6CC6FA03" w14:textId="77777777" w:rsidR="00687E56" w:rsidRPr="007C3236" w:rsidRDefault="00425CFA">
            <w:pPr>
              <w:jc w:val="center"/>
            </w:pPr>
            <w:r w:rsidRPr="007C3236">
              <w:rPr>
                <w:rFonts w:ascii="Times New Roman" w:hAnsi="Times New Roman"/>
                <w:sz w:val="20"/>
              </w:rPr>
              <w:lastRenderedPageBreak/>
              <w:t>9</w:t>
            </w:r>
          </w:p>
        </w:tc>
        <w:tc>
          <w:tcPr>
            <w:tcW w:w="3024" w:type="dxa"/>
            <w:tcMar>
              <w:top w:w="100" w:type="dxa"/>
              <w:left w:w="150" w:type="dxa"/>
              <w:bottom w:w="100" w:type="dxa"/>
              <w:right w:w="150" w:type="dxa"/>
            </w:tcMar>
          </w:tcPr>
          <w:p w14:paraId="28724991" w14:textId="77777777" w:rsidR="00687E56" w:rsidRPr="007C3236" w:rsidRDefault="00425CFA">
            <w:r w:rsidRPr="007C3236">
              <w:rPr>
                <w:rFonts w:ascii="Times New Roman" w:hAnsi="Times New Roman"/>
                <w:sz w:val="20"/>
              </w:rPr>
              <w:t>Nghị định số 52/2024/NĐ-CP</w:t>
            </w:r>
          </w:p>
        </w:tc>
        <w:tc>
          <w:tcPr>
            <w:tcW w:w="1728" w:type="dxa"/>
            <w:tcMar>
              <w:top w:w="100" w:type="dxa"/>
              <w:left w:w="150" w:type="dxa"/>
              <w:bottom w:w="100" w:type="dxa"/>
              <w:right w:w="150" w:type="dxa"/>
            </w:tcMar>
          </w:tcPr>
          <w:p w14:paraId="437CF88C" w14:textId="77777777" w:rsidR="00687E56" w:rsidRPr="007C3236" w:rsidRDefault="00425CFA">
            <w:pPr>
              <w:jc w:val="center"/>
            </w:pPr>
            <w:r w:rsidRPr="007C3236">
              <w:rPr>
                <w:rFonts w:ascii="Times New Roman" w:hAnsi="Times New Roman"/>
                <w:sz w:val="20"/>
              </w:rPr>
              <w:t>15/05/2024</w:t>
            </w:r>
          </w:p>
        </w:tc>
        <w:tc>
          <w:tcPr>
            <w:tcW w:w="3744" w:type="dxa"/>
            <w:tcMar>
              <w:top w:w="100" w:type="dxa"/>
              <w:left w:w="150" w:type="dxa"/>
              <w:bottom w:w="100" w:type="dxa"/>
              <w:right w:w="150" w:type="dxa"/>
            </w:tcMar>
          </w:tcPr>
          <w:p w14:paraId="2C57E788" w14:textId="77777777" w:rsidR="00687E56" w:rsidRPr="007C3236" w:rsidRDefault="00425CFA">
            <w:r w:rsidRPr="007C3236">
              <w:rPr>
                <w:rFonts w:ascii="Times New Roman" w:hAnsi="Times New Roman"/>
                <w:sz w:val="20"/>
              </w:rPr>
              <w:t>Chính phủ: Quy định về thanh toán không dùng tiền mặt</w:t>
            </w:r>
          </w:p>
        </w:tc>
      </w:tr>
    </w:tbl>
    <w:p w14:paraId="703001F5" w14:textId="77777777" w:rsidR="00687E56" w:rsidRPr="007C3236" w:rsidRDefault="00687E56">
      <w:pPr>
        <w:spacing w:after="120"/>
      </w:pPr>
    </w:p>
    <w:p w14:paraId="7CC8151A" w14:textId="77777777" w:rsidR="00687E56" w:rsidRPr="007C3236" w:rsidRDefault="00425CFA">
      <w:pPr>
        <w:spacing w:before="160" w:after="80"/>
      </w:pPr>
      <w:r w:rsidRPr="007C3236">
        <w:rPr>
          <w:rFonts w:ascii="Times New Roman" w:hAnsi="Times New Roman"/>
          <w:b/>
          <w:i/>
          <w:color w:val="1F4E79"/>
        </w:rPr>
        <w:t>Nhóm 3. Đề án 06, dữ liệu, định danh điện tử</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712BE084" w14:textId="77777777">
        <w:trPr>
          <w:jc w:val="center"/>
        </w:trPr>
        <w:tc>
          <w:tcPr>
            <w:tcW w:w="864" w:type="dxa"/>
            <w:shd w:val="clear" w:color="auto" w:fill="1F4E78"/>
            <w:tcMar>
              <w:top w:w="120" w:type="dxa"/>
              <w:left w:w="150" w:type="dxa"/>
              <w:bottom w:w="120" w:type="dxa"/>
              <w:right w:w="150" w:type="dxa"/>
            </w:tcMar>
          </w:tcPr>
          <w:p w14:paraId="22DE8573"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4DB2621F"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4F6B14D4"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5A0AF37D"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6E47121F" w14:textId="77777777">
        <w:trPr>
          <w:jc w:val="center"/>
        </w:trPr>
        <w:tc>
          <w:tcPr>
            <w:tcW w:w="864" w:type="dxa"/>
            <w:tcMar>
              <w:top w:w="100" w:type="dxa"/>
              <w:left w:w="150" w:type="dxa"/>
              <w:bottom w:w="100" w:type="dxa"/>
              <w:right w:w="150" w:type="dxa"/>
            </w:tcMar>
          </w:tcPr>
          <w:p w14:paraId="3B512D8D" w14:textId="77777777" w:rsidR="00687E56" w:rsidRPr="007C3236" w:rsidRDefault="00425CFA">
            <w:pPr>
              <w:jc w:val="center"/>
            </w:pPr>
            <w:r w:rsidRPr="007C3236">
              <w:rPr>
                <w:rFonts w:ascii="Times New Roman" w:hAnsi="Times New Roman"/>
                <w:sz w:val="20"/>
              </w:rPr>
              <w:t>10</w:t>
            </w:r>
          </w:p>
        </w:tc>
        <w:tc>
          <w:tcPr>
            <w:tcW w:w="3024" w:type="dxa"/>
            <w:tcMar>
              <w:top w:w="100" w:type="dxa"/>
              <w:left w:w="150" w:type="dxa"/>
              <w:bottom w:w="100" w:type="dxa"/>
              <w:right w:w="150" w:type="dxa"/>
            </w:tcMar>
          </w:tcPr>
          <w:p w14:paraId="344D4EF8" w14:textId="77777777" w:rsidR="00687E56" w:rsidRPr="007C3236" w:rsidRDefault="00425CFA">
            <w:r w:rsidRPr="007C3236">
              <w:rPr>
                <w:rFonts w:ascii="Times New Roman" w:hAnsi="Times New Roman"/>
                <w:sz w:val="20"/>
              </w:rPr>
              <w:t>Quyết định số 826/QĐ-TTg</w:t>
            </w:r>
          </w:p>
        </w:tc>
        <w:tc>
          <w:tcPr>
            <w:tcW w:w="1728" w:type="dxa"/>
            <w:tcMar>
              <w:top w:w="100" w:type="dxa"/>
              <w:left w:w="150" w:type="dxa"/>
              <w:bottom w:w="100" w:type="dxa"/>
              <w:right w:w="150" w:type="dxa"/>
            </w:tcMar>
          </w:tcPr>
          <w:p w14:paraId="14DB4448" w14:textId="77777777" w:rsidR="00687E56" w:rsidRPr="007C3236" w:rsidRDefault="00425CFA">
            <w:pPr>
              <w:jc w:val="center"/>
            </w:pPr>
            <w:r w:rsidRPr="007C3236">
              <w:rPr>
                <w:rFonts w:ascii="Times New Roman" w:hAnsi="Times New Roman"/>
                <w:sz w:val="20"/>
              </w:rPr>
              <w:t>11/5/2026</w:t>
            </w:r>
          </w:p>
        </w:tc>
        <w:tc>
          <w:tcPr>
            <w:tcW w:w="3744" w:type="dxa"/>
            <w:tcMar>
              <w:top w:w="100" w:type="dxa"/>
              <w:left w:w="150" w:type="dxa"/>
              <w:bottom w:w="100" w:type="dxa"/>
              <w:right w:w="150" w:type="dxa"/>
            </w:tcMar>
          </w:tcPr>
          <w:p w14:paraId="3AD73CDF" w14:textId="77777777" w:rsidR="00687E56" w:rsidRPr="007C3236" w:rsidRDefault="00425CFA">
            <w:r w:rsidRPr="007C3236">
              <w:rPr>
                <w:rFonts w:ascii="Times New Roman" w:hAnsi="Times New Roman"/>
                <w:sz w:val="20"/>
              </w:rPr>
              <w:t>Phê duyệt Chương trình phát triển ứng dụng dữ liệu về dân cư, định danh và xác thực điện tử phục vụ chuyển đổi số quốc gia giai đoạn 2026 - 2030, tầm nhìn đến năm 2035</w:t>
            </w:r>
          </w:p>
        </w:tc>
      </w:tr>
      <w:tr w:rsidR="00687E56" w:rsidRPr="007C3236" w14:paraId="45C96870" w14:textId="77777777">
        <w:trPr>
          <w:jc w:val="center"/>
        </w:trPr>
        <w:tc>
          <w:tcPr>
            <w:tcW w:w="864" w:type="dxa"/>
            <w:shd w:val="clear" w:color="auto" w:fill="F2F2F2"/>
            <w:tcMar>
              <w:top w:w="100" w:type="dxa"/>
              <w:left w:w="150" w:type="dxa"/>
              <w:bottom w:w="100" w:type="dxa"/>
              <w:right w:w="150" w:type="dxa"/>
            </w:tcMar>
          </w:tcPr>
          <w:p w14:paraId="378F2AAB" w14:textId="77777777" w:rsidR="00687E56" w:rsidRPr="007C3236" w:rsidRDefault="00425CFA">
            <w:pPr>
              <w:jc w:val="center"/>
            </w:pPr>
            <w:r w:rsidRPr="007C3236">
              <w:rPr>
                <w:rFonts w:ascii="Times New Roman" w:hAnsi="Times New Roman"/>
                <w:sz w:val="20"/>
              </w:rPr>
              <w:t>11</w:t>
            </w:r>
          </w:p>
        </w:tc>
        <w:tc>
          <w:tcPr>
            <w:tcW w:w="3024" w:type="dxa"/>
            <w:shd w:val="clear" w:color="auto" w:fill="F2F2F2"/>
            <w:tcMar>
              <w:top w:w="100" w:type="dxa"/>
              <w:left w:w="150" w:type="dxa"/>
              <w:bottom w:w="100" w:type="dxa"/>
              <w:right w:w="150" w:type="dxa"/>
            </w:tcMar>
          </w:tcPr>
          <w:p w14:paraId="0A64C242" w14:textId="77777777" w:rsidR="00687E56" w:rsidRPr="007C3236" w:rsidRDefault="00425CFA">
            <w:r w:rsidRPr="007C3236">
              <w:rPr>
                <w:rFonts w:ascii="Times New Roman" w:hAnsi="Times New Roman"/>
                <w:sz w:val="20"/>
              </w:rPr>
              <w:t>Nghị định số 320/2026/NĐ-CP</w:t>
            </w:r>
          </w:p>
        </w:tc>
        <w:tc>
          <w:tcPr>
            <w:tcW w:w="1728" w:type="dxa"/>
            <w:shd w:val="clear" w:color="auto" w:fill="F2F2F2"/>
            <w:tcMar>
              <w:top w:w="100" w:type="dxa"/>
              <w:left w:w="150" w:type="dxa"/>
              <w:bottom w:w="100" w:type="dxa"/>
              <w:right w:w="150" w:type="dxa"/>
            </w:tcMar>
          </w:tcPr>
          <w:p w14:paraId="567D132D" w14:textId="77777777" w:rsidR="00687E56" w:rsidRPr="007C3236" w:rsidRDefault="00425CFA">
            <w:pPr>
              <w:jc w:val="center"/>
            </w:pPr>
            <w:r w:rsidRPr="007C3236">
              <w:rPr>
                <w:rFonts w:ascii="Times New Roman" w:hAnsi="Times New Roman"/>
                <w:sz w:val="20"/>
              </w:rPr>
              <w:t>13/8/2026</w:t>
            </w:r>
          </w:p>
        </w:tc>
        <w:tc>
          <w:tcPr>
            <w:tcW w:w="3744" w:type="dxa"/>
            <w:shd w:val="clear" w:color="auto" w:fill="F2F2F2"/>
            <w:tcMar>
              <w:top w:w="100" w:type="dxa"/>
              <w:left w:w="150" w:type="dxa"/>
              <w:bottom w:w="100" w:type="dxa"/>
              <w:right w:w="150" w:type="dxa"/>
            </w:tcMar>
          </w:tcPr>
          <w:p w14:paraId="17557DD7" w14:textId="77777777" w:rsidR="00687E56" w:rsidRPr="007C3236" w:rsidRDefault="00425CFA">
            <w:r w:rsidRPr="007C3236">
              <w:rPr>
                <w:rFonts w:ascii="Times New Roman" w:hAnsi="Times New Roman"/>
                <w:sz w:val="20"/>
              </w:rPr>
              <w:t>Sửa đổi, bổ sung Nghị định số 69/2024/NĐ-CP quy định về định danh và xác thực điện tử</w:t>
            </w:r>
          </w:p>
        </w:tc>
      </w:tr>
      <w:tr w:rsidR="00687E56" w:rsidRPr="007C3236" w14:paraId="1700D107" w14:textId="77777777">
        <w:trPr>
          <w:jc w:val="center"/>
        </w:trPr>
        <w:tc>
          <w:tcPr>
            <w:tcW w:w="864" w:type="dxa"/>
            <w:tcMar>
              <w:top w:w="100" w:type="dxa"/>
              <w:left w:w="150" w:type="dxa"/>
              <w:bottom w:w="100" w:type="dxa"/>
              <w:right w:w="150" w:type="dxa"/>
            </w:tcMar>
          </w:tcPr>
          <w:p w14:paraId="5AB86787" w14:textId="77777777" w:rsidR="00687E56" w:rsidRPr="007C3236" w:rsidRDefault="00425CFA">
            <w:pPr>
              <w:jc w:val="center"/>
            </w:pPr>
            <w:r w:rsidRPr="007C3236">
              <w:rPr>
                <w:rFonts w:ascii="Times New Roman" w:hAnsi="Times New Roman"/>
                <w:sz w:val="20"/>
              </w:rPr>
              <w:t>12</w:t>
            </w:r>
          </w:p>
        </w:tc>
        <w:tc>
          <w:tcPr>
            <w:tcW w:w="3024" w:type="dxa"/>
            <w:tcMar>
              <w:top w:w="100" w:type="dxa"/>
              <w:left w:w="150" w:type="dxa"/>
              <w:bottom w:w="100" w:type="dxa"/>
              <w:right w:w="150" w:type="dxa"/>
            </w:tcMar>
          </w:tcPr>
          <w:p w14:paraId="6F6893E3" w14:textId="77777777" w:rsidR="00687E56" w:rsidRPr="007C3236" w:rsidRDefault="00425CFA">
            <w:r w:rsidRPr="007C3236">
              <w:rPr>
                <w:rFonts w:ascii="Times New Roman" w:hAnsi="Times New Roman"/>
                <w:sz w:val="20"/>
              </w:rPr>
              <w:t>Nghị định số 314/2026/NĐ-CP</w:t>
            </w:r>
          </w:p>
        </w:tc>
        <w:tc>
          <w:tcPr>
            <w:tcW w:w="1728" w:type="dxa"/>
            <w:tcMar>
              <w:top w:w="100" w:type="dxa"/>
              <w:left w:w="150" w:type="dxa"/>
              <w:bottom w:w="100" w:type="dxa"/>
              <w:right w:w="150" w:type="dxa"/>
            </w:tcMar>
          </w:tcPr>
          <w:p w14:paraId="19FE503F" w14:textId="77777777" w:rsidR="00687E56" w:rsidRPr="007C3236" w:rsidRDefault="00425CFA">
            <w:pPr>
              <w:jc w:val="center"/>
            </w:pPr>
            <w:r w:rsidRPr="007C3236">
              <w:rPr>
                <w:rFonts w:ascii="Times New Roman" w:hAnsi="Times New Roman"/>
                <w:sz w:val="20"/>
              </w:rPr>
              <w:t>08/8/2026</w:t>
            </w:r>
          </w:p>
        </w:tc>
        <w:tc>
          <w:tcPr>
            <w:tcW w:w="3744" w:type="dxa"/>
            <w:tcMar>
              <w:top w:w="100" w:type="dxa"/>
              <w:left w:w="150" w:type="dxa"/>
              <w:bottom w:w="100" w:type="dxa"/>
              <w:right w:w="150" w:type="dxa"/>
            </w:tcMar>
          </w:tcPr>
          <w:p w14:paraId="4C594033" w14:textId="77777777" w:rsidR="00687E56" w:rsidRPr="007C3236" w:rsidRDefault="00425CFA">
            <w:r w:rsidRPr="007C3236">
              <w:rPr>
                <w:rFonts w:ascii="Times New Roman" w:hAnsi="Times New Roman"/>
                <w:sz w:val="20"/>
              </w:rPr>
              <w:t>Quy định về hoạt động của sàn dữ liệu</w:t>
            </w:r>
          </w:p>
        </w:tc>
      </w:tr>
      <w:tr w:rsidR="00687E56" w:rsidRPr="007C3236" w14:paraId="62344DBB" w14:textId="77777777">
        <w:trPr>
          <w:jc w:val="center"/>
        </w:trPr>
        <w:tc>
          <w:tcPr>
            <w:tcW w:w="864" w:type="dxa"/>
            <w:shd w:val="clear" w:color="auto" w:fill="F2F2F2"/>
            <w:tcMar>
              <w:top w:w="100" w:type="dxa"/>
              <w:left w:w="150" w:type="dxa"/>
              <w:bottom w:w="100" w:type="dxa"/>
              <w:right w:w="150" w:type="dxa"/>
            </w:tcMar>
          </w:tcPr>
          <w:p w14:paraId="155FAD9F" w14:textId="77777777" w:rsidR="00687E56" w:rsidRPr="007C3236" w:rsidRDefault="00425CFA">
            <w:pPr>
              <w:jc w:val="center"/>
            </w:pPr>
            <w:r w:rsidRPr="007C3236">
              <w:rPr>
                <w:rFonts w:ascii="Times New Roman" w:hAnsi="Times New Roman"/>
                <w:sz w:val="20"/>
              </w:rPr>
              <w:t>13</w:t>
            </w:r>
          </w:p>
        </w:tc>
        <w:tc>
          <w:tcPr>
            <w:tcW w:w="3024" w:type="dxa"/>
            <w:shd w:val="clear" w:color="auto" w:fill="F2F2F2"/>
            <w:tcMar>
              <w:top w:w="100" w:type="dxa"/>
              <w:left w:w="150" w:type="dxa"/>
              <w:bottom w:w="100" w:type="dxa"/>
              <w:right w:w="150" w:type="dxa"/>
            </w:tcMar>
          </w:tcPr>
          <w:p w14:paraId="12946975" w14:textId="77777777" w:rsidR="00687E56" w:rsidRPr="007C3236" w:rsidRDefault="00425CFA">
            <w:r w:rsidRPr="007C3236">
              <w:rPr>
                <w:rFonts w:ascii="Times New Roman" w:hAnsi="Times New Roman"/>
                <w:sz w:val="20"/>
              </w:rPr>
              <w:t>Nghị định số 326/2026/NĐ-CP</w:t>
            </w:r>
          </w:p>
        </w:tc>
        <w:tc>
          <w:tcPr>
            <w:tcW w:w="1728" w:type="dxa"/>
            <w:shd w:val="clear" w:color="auto" w:fill="F2F2F2"/>
            <w:tcMar>
              <w:top w:w="100" w:type="dxa"/>
              <w:left w:w="150" w:type="dxa"/>
              <w:bottom w:w="100" w:type="dxa"/>
              <w:right w:w="150" w:type="dxa"/>
            </w:tcMar>
          </w:tcPr>
          <w:p w14:paraId="629E65EC" w14:textId="77777777" w:rsidR="00687E56" w:rsidRPr="007C3236" w:rsidRDefault="00425CFA">
            <w:pPr>
              <w:jc w:val="center"/>
            </w:pPr>
            <w:r w:rsidRPr="007C3236">
              <w:rPr>
                <w:rFonts w:ascii="Times New Roman" w:hAnsi="Times New Roman"/>
                <w:sz w:val="20"/>
              </w:rPr>
              <w:t>19/8/2026</w:t>
            </w:r>
          </w:p>
        </w:tc>
        <w:tc>
          <w:tcPr>
            <w:tcW w:w="3744" w:type="dxa"/>
            <w:shd w:val="clear" w:color="auto" w:fill="F2F2F2"/>
            <w:tcMar>
              <w:top w:w="100" w:type="dxa"/>
              <w:left w:w="150" w:type="dxa"/>
              <w:bottom w:w="100" w:type="dxa"/>
              <w:right w:w="150" w:type="dxa"/>
            </w:tcMar>
          </w:tcPr>
          <w:p w14:paraId="71B90651" w14:textId="77777777" w:rsidR="00687E56" w:rsidRPr="007C3236" w:rsidRDefault="00425CFA">
            <w:r w:rsidRPr="007C3236">
              <w:rPr>
                <w:rFonts w:ascii="Times New Roman" w:hAnsi="Times New Roman"/>
                <w:sz w:val="20"/>
              </w:rPr>
              <w:t>Quy định về định danh địa điểm</w:t>
            </w:r>
          </w:p>
        </w:tc>
      </w:tr>
    </w:tbl>
    <w:p w14:paraId="0B96E5F7" w14:textId="77777777" w:rsidR="00687E56" w:rsidRPr="007C3236" w:rsidRDefault="00687E56">
      <w:pPr>
        <w:spacing w:after="120"/>
      </w:pPr>
    </w:p>
    <w:p w14:paraId="3700DED7" w14:textId="77777777" w:rsidR="00687E56" w:rsidRPr="007C3236" w:rsidRDefault="00425CFA">
      <w:pPr>
        <w:spacing w:before="280" w:after="120"/>
      </w:pPr>
      <w:r w:rsidRPr="007C3236">
        <w:rPr>
          <w:rFonts w:ascii="Times New Roman" w:hAnsi="Times New Roman"/>
          <w:b/>
          <w:color w:val="002060"/>
          <w:sz w:val="24"/>
        </w:rPr>
        <w:t>IV. THÀNH ỦY, BAN CHỈ ĐẠO THÀNH PHỐ HỒ CHÍ MINH</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62D12EC4" w14:textId="77777777">
        <w:trPr>
          <w:jc w:val="center"/>
        </w:trPr>
        <w:tc>
          <w:tcPr>
            <w:tcW w:w="864" w:type="dxa"/>
            <w:shd w:val="clear" w:color="auto" w:fill="1F4E78"/>
            <w:tcMar>
              <w:top w:w="120" w:type="dxa"/>
              <w:left w:w="150" w:type="dxa"/>
              <w:bottom w:w="120" w:type="dxa"/>
              <w:right w:w="150" w:type="dxa"/>
            </w:tcMar>
          </w:tcPr>
          <w:p w14:paraId="3771BB18"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21234B28"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6207034A"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42160BD8"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66D261CE" w14:textId="77777777">
        <w:trPr>
          <w:jc w:val="center"/>
        </w:trPr>
        <w:tc>
          <w:tcPr>
            <w:tcW w:w="864" w:type="dxa"/>
            <w:tcMar>
              <w:top w:w="100" w:type="dxa"/>
              <w:left w:w="150" w:type="dxa"/>
              <w:bottom w:w="100" w:type="dxa"/>
              <w:right w:w="150" w:type="dxa"/>
            </w:tcMar>
          </w:tcPr>
          <w:p w14:paraId="0DFBF21E" w14:textId="77777777" w:rsidR="00687E56" w:rsidRPr="007C3236" w:rsidRDefault="00425CFA">
            <w:pPr>
              <w:jc w:val="center"/>
            </w:pPr>
            <w:r w:rsidRPr="007C3236">
              <w:rPr>
                <w:rFonts w:ascii="Times New Roman" w:hAnsi="Times New Roman"/>
                <w:sz w:val="20"/>
              </w:rPr>
              <w:t>1</w:t>
            </w:r>
          </w:p>
        </w:tc>
        <w:tc>
          <w:tcPr>
            <w:tcW w:w="3024" w:type="dxa"/>
            <w:tcMar>
              <w:top w:w="100" w:type="dxa"/>
              <w:left w:w="150" w:type="dxa"/>
              <w:bottom w:w="100" w:type="dxa"/>
              <w:right w:w="150" w:type="dxa"/>
            </w:tcMar>
          </w:tcPr>
          <w:p w14:paraId="1584255E" w14:textId="77777777" w:rsidR="00687E56" w:rsidRPr="007C3236" w:rsidRDefault="00425CFA">
            <w:r w:rsidRPr="007C3236">
              <w:rPr>
                <w:rFonts w:ascii="Times New Roman" w:hAnsi="Times New Roman"/>
                <w:sz w:val="20"/>
              </w:rPr>
              <w:t>Chỉ thị số 10-CT/TU</w:t>
            </w:r>
          </w:p>
        </w:tc>
        <w:tc>
          <w:tcPr>
            <w:tcW w:w="1728" w:type="dxa"/>
            <w:tcMar>
              <w:top w:w="100" w:type="dxa"/>
              <w:left w:w="150" w:type="dxa"/>
              <w:bottom w:w="100" w:type="dxa"/>
              <w:right w:w="150" w:type="dxa"/>
            </w:tcMar>
          </w:tcPr>
          <w:p w14:paraId="099A5108" w14:textId="77777777" w:rsidR="00687E56" w:rsidRPr="007C3236" w:rsidRDefault="00425CFA">
            <w:pPr>
              <w:jc w:val="center"/>
            </w:pPr>
            <w:r w:rsidRPr="007C3236">
              <w:rPr>
                <w:rFonts w:ascii="Times New Roman" w:hAnsi="Times New Roman"/>
                <w:sz w:val="20"/>
              </w:rPr>
              <w:t>10/4/2026</w:t>
            </w:r>
          </w:p>
        </w:tc>
        <w:tc>
          <w:tcPr>
            <w:tcW w:w="3744" w:type="dxa"/>
            <w:tcMar>
              <w:top w:w="100" w:type="dxa"/>
              <w:left w:w="150" w:type="dxa"/>
              <w:bottom w:w="100" w:type="dxa"/>
              <w:right w:w="150" w:type="dxa"/>
            </w:tcMar>
          </w:tcPr>
          <w:p w14:paraId="00235722" w14:textId="77777777" w:rsidR="00687E56" w:rsidRPr="007C3236" w:rsidRDefault="00425CFA">
            <w:r w:rsidRPr="007C3236">
              <w:rPr>
                <w:rFonts w:ascii="Times New Roman" w:hAnsi="Times New Roman"/>
                <w:sz w:val="20"/>
              </w:rPr>
              <w:t>Ban Thường vụ Thành ủy: Tăng cường lãnh đạo, chỉ đạo triển khai thực hiện các mục tiêu, nhiệm vụ, giải pháp phát triển KHCN, ĐMST và CĐS trên địa bàn Thành phố</w:t>
            </w:r>
          </w:p>
        </w:tc>
      </w:tr>
      <w:tr w:rsidR="00687E56" w:rsidRPr="007C3236" w14:paraId="50397B78" w14:textId="77777777">
        <w:trPr>
          <w:jc w:val="center"/>
        </w:trPr>
        <w:tc>
          <w:tcPr>
            <w:tcW w:w="864" w:type="dxa"/>
            <w:shd w:val="clear" w:color="auto" w:fill="F2F2F2"/>
            <w:tcMar>
              <w:top w:w="100" w:type="dxa"/>
              <w:left w:w="150" w:type="dxa"/>
              <w:bottom w:w="100" w:type="dxa"/>
              <w:right w:w="150" w:type="dxa"/>
            </w:tcMar>
          </w:tcPr>
          <w:p w14:paraId="2FFF0D5B" w14:textId="77777777" w:rsidR="00687E56" w:rsidRPr="007C3236" w:rsidRDefault="00425CFA">
            <w:pPr>
              <w:jc w:val="center"/>
            </w:pPr>
            <w:r w:rsidRPr="007C3236">
              <w:rPr>
                <w:rFonts w:ascii="Times New Roman" w:hAnsi="Times New Roman"/>
                <w:sz w:val="20"/>
              </w:rPr>
              <w:t>2</w:t>
            </w:r>
          </w:p>
        </w:tc>
        <w:tc>
          <w:tcPr>
            <w:tcW w:w="3024" w:type="dxa"/>
            <w:shd w:val="clear" w:color="auto" w:fill="F2F2F2"/>
            <w:tcMar>
              <w:top w:w="100" w:type="dxa"/>
              <w:left w:w="150" w:type="dxa"/>
              <w:bottom w:w="100" w:type="dxa"/>
              <w:right w:w="150" w:type="dxa"/>
            </w:tcMar>
          </w:tcPr>
          <w:p w14:paraId="66B02509" w14:textId="77777777" w:rsidR="00687E56" w:rsidRPr="007C3236" w:rsidRDefault="00425CFA">
            <w:r w:rsidRPr="007C3236">
              <w:rPr>
                <w:rFonts w:ascii="Times New Roman" w:hAnsi="Times New Roman"/>
                <w:sz w:val="20"/>
              </w:rPr>
              <w:t>Kế hoạch số 27-KH/BCĐTP</w:t>
            </w:r>
          </w:p>
        </w:tc>
        <w:tc>
          <w:tcPr>
            <w:tcW w:w="1728" w:type="dxa"/>
            <w:shd w:val="clear" w:color="auto" w:fill="F2F2F2"/>
            <w:tcMar>
              <w:top w:w="100" w:type="dxa"/>
              <w:left w:w="150" w:type="dxa"/>
              <w:bottom w:w="100" w:type="dxa"/>
              <w:right w:w="150" w:type="dxa"/>
            </w:tcMar>
          </w:tcPr>
          <w:p w14:paraId="0E89C754" w14:textId="77777777" w:rsidR="00687E56" w:rsidRPr="007C3236" w:rsidRDefault="00425CFA">
            <w:pPr>
              <w:jc w:val="center"/>
            </w:pPr>
            <w:r w:rsidRPr="007C3236">
              <w:rPr>
                <w:rFonts w:ascii="Times New Roman" w:hAnsi="Times New Roman"/>
                <w:sz w:val="20"/>
              </w:rPr>
              <w:t>26/02/2026</w:t>
            </w:r>
          </w:p>
        </w:tc>
        <w:tc>
          <w:tcPr>
            <w:tcW w:w="3744" w:type="dxa"/>
            <w:shd w:val="clear" w:color="auto" w:fill="F2F2F2"/>
            <w:tcMar>
              <w:top w:w="100" w:type="dxa"/>
              <w:left w:w="150" w:type="dxa"/>
              <w:bottom w:w="100" w:type="dxa"/>
              <w:right w:w="150" w:type="dxa"/>
            </w:tcMar>
          </w:tcPr>
          <w:p w14:paraId="56B09B0F" w14:textId="77777777" w:rsidR="00687E56" w:rsidRPr="007C3236" w:rsidRDefault="00425CFA">
            <w:r w:rsidRPr="007C3236">
              <w:rPr>
                <w:rFonts w:ascii="Times New Roman" w:hAnsi="Times New Roman"/>
                <w:sz w:val="20"/>
              </w:rPr>
              <w:t>Ban Chỉ đạo Thành phố: Thực hiện Nghị quyết 57-NQ/TW năm 2026 (kinh tế số 15% GRDP; 5G phủ 95% dân số; R&amp;D 2% GRDP)</w:t>
            </w:r>
          </w:p>
        </w:tc>
      </w:tr>
      <w:tr w:rsidR="00687E56" w:rsidRPr="007C3236" w14:paraId="5DA6C1A2" w14:textId="77777777">
        <w:trPr>
          <w:jc w:val="center"/>
        </w:trPr>
        <w:tc>
          <w:tcPr>
            <w:tcW w:w="864" w:type="dxa"/>
            <w:tcMar>
              <w:top w:w="100" w:type="dxa"/>
              <w:left w:w="150" w:type="dxa"/>
              <w:bottom w:w="100" w:type="dxa"/>
              <w:right w:w="150" w:type="dxa"/>
            </w:tcMar>
          </w:tcPr>
          <w:p w14:paraId="48428F72" w14:textId="77777777" w:rsidR="00687E56" w:rsidRPr="007C3236" w:rsidRDefault="00425CFA">
            <w:pPr>
              <w:jc w:val="center"/>
            </w:pPr>
            <w:r w:rsidRPr="007C3236">
              <w:rPr>
                <w:rFonts w:ascii="Times New Roman" w:hAnsi="Times New Roman"/>
                <w:sz w:val="20"/>
              </w:rPr>
              <w:t>3</w:t>
            </w:r>
          </w:p>
        </w:tc>
        <w:tc>
          <w:tcPr>
            <w:tcW w:w="3024" w:type="dxa"/>
            <w:tcMar>
              <w:top w:w="100" w:type="dxa"/>
              <w:left w:w="150" w:type="dxa"/>
              <w:bottom w:w="100" w:type="dxa"/>
              <w:right w:w="150" w:type="dxa"/>
            </w:tcMar>
          </w:tcPr>
          <w:p w14:paraId="3C85F4FC" w14:textId="77777777" w:rsidR="00687E56" w:rsidRPr="007C3236" w:rsidRDefault="00425CFA">
            <w:r w:rsidRPr="007C3236">
              <w:rPr>
                <w:rFonts w:ascii="Times New Roman" w:hAnsi="Times New Roman"/>
                <w:sz w:val="20"/>
              </w:rPr>
              <w:t>Kế hoạch số 40-KH/BCĐTP</w:t>
            </w:r>
          </w:p>
        </w:tc>
        <w:tc>
          <w:tcPr>
            <w:tcW w:w="1728" w:type="dxa"/>
            <w:tcMar>
              <w:top w:w="100" w:type="dxa"/>
              <w:left w:w="150" w:type="dxa"/>
              <w:bottom w:w="100" w:type="dxa"/>
              <w:right w:w="150" w:type="dxa"/>
            </w:tcMar>
          </w:tcPr>
          <w:p w14:paraId="7A1448F3" w14:textId="77777777" w:rsidR="00687E56" w:rsidRPr="007C3236" w:rsidRDefault="00425CFA">
            <w:pPr>
              <w:jc w:val="center"/>
            </w:pPr>
            <w:r w:rsidRPr="007C3236">
              <w:rPr>
                <w:rFonts w:ascii="Times New Roman" w:hAnsi="Times New Roman"/>
                <w:sz w:val="20"/>
              </w:rPr>
              <w:t>28/7/2026</w:t>
            </w:r>
          </w:p>
        </w:tc>
        <w:tc>
          <w:tcPr>
            <w:tcW w:w="3744" w:type="dxa"/>
            <w:tcMar>
              <w:top w:w="100" w:type="dxa"/>
              <w:left w:w="150" w:type="dxa"/>
              <w:bottom w:w="100" w:type="dxa"/>
              <w:right w:w="150" w:type="dxa"/>
            </w:tcMar>
          </w:tcPr>
          <w:p w14:paraId="773F9792" w14:textId="77777777" w:rsidR="00687E56" w:rsidRPr="007C3236" w:rsidRDefault="00425CFA">
            <w:r w:rsidRPr="007C3236">
              <w:rPr>
                <w:rFonts w:ascii="Times New Roman" w:hAnsi="Times New Roman"/>
                <w:sz w:val="20"/>
              </w:rPr>
              <w:t xml:space="preserve">Ban Chỉ đạo Thành phố: Hành động 100 ngày xử lý điểm nghẽn về chuyển đổi số </w:t>
            </w:r>
            <w:r w:rsidRPr="007C3236">
              <w:rPr>
                <w:rFonts w:ascii="Times New Roman" w:hAnsi="Times New Roman"/>
                <w:sz w:val="20"/>
              </w:rPr>
              <w:lastRenderedPageBreak/>
              <w:t>trong hệ thống chính trị Thành phố (cụ thể hóa KH 05-KH/BCĐTW)</w:t>
            </w:r>
          </w:p>
        </w:tc>
      </w:tr>
      <w:tr w:rsidR="00687E56" w:rsidRPr="007C3236" w14:paraId="167D6B0A" w14:textId="77777777">
        <w:trPr>
          <w:jc w:val="center"/>
        </w:trPr>
        <w:tc>
          <w:tcPr>
            <w:tcW w:w="864" w:type="dxa"/>
            <w:shd w:val="clear" w:color="auto" w:fill="F2F2F2"/>
            <w:tcMar>
              <w:top w:w="100" w:type="dxa"/>
              <w:left w:w="150" w:type="dxa"/>
              <w:bottom w:w="100" w:type="dxa"/>
              <w:right w:w="150" w:type="dxa"/>
            </w:tcMar>
          </w:tcPr>
          <w:p w14:paraId="615F5EF5" w14:textId="77777777" w:rsidR="00687E56" w:rsidRPr="007C3236" w:rsidRDefault="00425CFA">
            <w:pPr>
              <w:jc w:val="center"/>
            </w:pPr>
            <w:r w:rsidRPr="007C3236">
              <w:rPr>
                <w:rFonts w:ascii="Times New Roman" w:hAnsi="Times New Roman"/>
                <w:sz w:val="20"/>
              </w:rPr>
              <w:lastRenderedPageBreak/>
              <w:t>4</w:t>
            </w:r>
          </w:p>
        </w:tc>
        <w:tc>
          <w:tcPr>
            <w:tcW w:w="3024" w:type="dxa"/>
            <w:shd w:val="clear" w:color="auto" w:fill="F2F2F2"/>
            <w:tcMar>
              <w:top w:w="100" w:type="dxa"/>
              <w:left w:w="150" w:type="dxa"/>
              <w:bottom w:w="100" w:type="dxa"/>
              <w:right w:w="150" w:type="dxa"/>
            </w:tcMar>
          </w:tcPr>
          <w:p w14:paraId="22CAC78E" w14:textId="77777777" w:rsidR="00687E56" w:rsidRPr="007C3236" w:rsidRDefault="00425CFA">
            <w:r w:rsidRPr="007C3236">
              <w:rPr>
                <w:rFonts w:ascii="Times New Roman" w:hAnsi="Times New Roman"/>
                <w:sz w:val="20"/>
              </w:rPr>
              <w:t>Chương trình hành động 63-CTrHĐ/TU</w:t>
            </w:r>
          </w:p>
        </w:tc>
        <w:tc>
          <w:tcPr>
            <w:tcW w:w="1728" w:type="dxa"/>
            <w:shd w:val="clear" w:color="auto" w:fill="F2F2F2"/>
            <w:tcMar>
              <w:top w:w="100" w:type="dxa"/>
              <w:left w:w="150" w:type="dxa"/>
              <w:bottom w:w="100" w:type="dxa"/>
              <w:right w:w="150" w:type="dxa"/>
            </w:tcMar>
          </w:tcPr>
          <w:p w14:paraId="5856514D" w14:textId="77777777" w:rsidR="00687E56" w:rsidRPr="007C3236" w:rsidRDefault="00425CFA">
            <w:pPr>
              <w:jc w:val="center"/>
            </w:pPr>
            <w:r w:rsidRPr="007C3236">
              <w:rPr>
                <w:rFonts w:ascii="Times New Roman" w:hAnsi="Times New Roman"/>
                <w:sz w:val="20"/>
              </w:rPr>
              <w:t>27/02/2025</w:t>
            </w:r>
          </w:p>
        </w:tc>
        <w:tc>
          <w:tcPr>
            <w:tcW w:w="3744" w:type="dxa"/>
            <w:shd w:val="clear" w:color="auto" w:fill="F2F2F2"/>
            <w:tcMar>
              <w:top w:w="100" w:type="dxa"/>
              <w:left w:w="150" w:type="dxa"/>
              <w:bottom w:w="100" w:type="dxa"/>
              <w:right w:w="150" w:type="dxa"/>
            </w:tcMar>
          </w:tcPr>
          <w:p w14:paraId="0279D217" w14:textId="77777777" w:rsidR="00687E56" w:rsidRPr="007C3236" w:rsidRDefault="00425CFA">
            <w:r w:rsidRPr="007C3236">
              <w:rPr>
                <w:rFonts w:ascii="Times New Roman" w:hAnsi="Times New Roman"/>
                <w:sz w:val="20"/>
              </w:rPr>
              <w:t>Thành ủy: Thực hiện Nghị quyết 57-NQ/TW của Bộ Chính trị về đột phá phát triển khoa học, công nghệ, đổi mới sáng tạo và chuyển đổi số</w:t>
            </w:r>
          </w:p>
        </w:tc>
      </w:tr>
    </w:tbl>
    <w:p w14:paraId="64801854" w14:textId="77777777" w:rsidR="00687E56" w:rsidRPr="007C3236" w:rsidRDefault="00687E56">
      <w:pPr>
        <w:spacing w:after="120"/>
      </w:pPr>
    </w:p>
    <w:p w14:paraId="21323A1D" w14:textId="77777777" w:rsidR="00687E56" w:rsidRPr="007C3236" w:rsidRDefault="00425CFA">
      <w:pPr>
        <w:spacing w:before="280" w:after="120"/>
      </w:pPr>
      <w:r w:rsidRPr="007C3236">
        <w:rPr>
          <w:rFonts w:ascii="Times New Roman" w:hAnsi="Times New Roman"/>
          <w:b/>
          <w:color w:val="002060"/>
          <w:sz w:val="24"/>
        </w:rPr>
        <w:t>V. ỦY BAN NHÂN DÂN THÀNH PHỐ HỒ CHÍ MINH</w:t>
      </w:r>
    </w:p>
    <w:p w14:paraId="1EEC3E15" w14:textId="77777777" w:rsidR="00687E56" w:rsidRPr="007C3236" w:rsidRDefault="00425CFA">
      <w:pPr>
        <w:spacing w:before="160" w:after="80"/>
      </w:pPr>
      <w:r w:rsidRPr="007C3236">
        <w:rPr>
          <w:rFonts w:ascii="Times New Roman" w:hAnsi="Times New Roman"/>
          <w:b/>
          <w:i/>
          <w:color w:val="1F4E79"/>
        </w:rPr>
        <w:t>Nhóm 1. Cải cách hành chính, kiểm soát thủ tục hành chính</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17FFCDBE" w14:textId="77777777">
        <w:trPr>
          <w:jc w:val="center"/>
        </w:trPr>
        <w:tc>
          <w:tcPr>
            <w:tcW w:w="864" w:type="dxa"/>
            <w:shd w:val="clear" w:color="auto" w:fill="1F4E78"/>
            <w:tcMar>
              <w:top w:w="120" w:type="dxa"/>
              <w:left w:w="150" w:type="dxa"/>
              <w:bottom w:w="120" w:type="dxa"/>
              <w:right w:w="150" w:type="dxa"/>
            </w:tcMar>
          </w:tcPr>
          <w:p w14:paraId="68167368"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40565D6F"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4C4B4071"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7DF41613"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39DAF06F" w14:textId="77777777">
        <w:trPr>
          <w:jc w:val="center"/>
        </w:trPr>
        <w:tc>
          <w:tcPr>
            <w:tcW w:w="864" w:type="dxa"/>
            <w:tcMar>
              <w:top w:w="100" w:type="dxa"/>
              <w:left w:w="150" w:type="dxa"/>
              <w:bottom w:w="100" w:type="dxa"/>
              <w:right w:w="150" w:type="dxa"/>
            </w:tcMar>
          </w:tcPr>
          <w:p w14:paraId="4B84A8CC" w14:textId="77777777" w:rsidR="00687E56" w:rsidRPr="007C3236" w:rsidRDefault="00425CFA">
            <w:pPr>
              <w:jc w:val="center"/>
            </w:pPr>
            <w:r w:rsidRPr="007C3236">
              <w:rPr>
                <w:rFonts w:ascii="Times New Roman" w:hAnsi="Times New Roman"/>
                <w:sz w:val="20"/>
              </w:rPr>
              <w:t>1</w:t>
            </w:r>
          </w:p>
        </w:tc>
        <w:tc>
          <w:tcPr>
            <w:tcW w:w="3024" w:type="dxa"/>
            <w:tcMar>
              <w:top w:w="100" w:type="dxa"/>
              <w:left w:w="150" w:type="dxa"/>
              <w:bottom w:w="100" w:type="dxa"/>
              <w:right w:w="150" w:type="dxa"/>
            </w:tcMar>
          </w:tcPr>
          <w:p w14:paraId="3B4C6B7B" w14:textId="77777777" w:rsidR="00687E56" w:rsidRPr="007C3236" w:rsidRDefault="00425CFA">
            <w:r w:rsidRPr="007C3236">
              <w:rPr>
                <w:rFonts w:ascii="Times New Roman" w:hAnsi="Times New Roman"/>
                <w:sz w:val="20"/>
              </w:rPr>
              <w:t>Quyết định số 3723/QĐ-UBND</w:t>
            </w:r>
          </w:p>
        </w:tc>
        <w:tc>
          <w:tcPr>
            <w:tcW w:w="1728" w:type="dxa"/>
            <w:tcMar>
              <w:top w:w="100" w:type="dxa"/>
              <w:left w:w="150" w:type="dxa"/>
              <w:bottom w:w="100" w:type="dxa"/>
              <w:right w:w="150" w:type="dxa"/>
            </w:tcMar>
          </w:tcPr>
          <w:p w14:paraId="7DC4318F" w14:textId="77777777" w:rsidR="00687E56" w:rsidRPr="007C3236" w:rsidRDefault="00425CFA">
            <w:pPr>
              <w:jc w:val="center"/>
            </w:pPr>
            <w:r w:rsidRPr="007C3236">
              <w:rPr>
                <w:rFonts w:ascii="Times New Roman" w:hAnsi="Times New Roman"/>
                <w:sz w:val="20"/>
              </w:rPr>
              <w:t>31/12/2025</w:t>
            </w:r>
          </w:p>
        </w:tc>
        <w:tc>
          <w:tcPr>
            <w:tcW w:w="3744" w:type="dxa"/>
            <w:tcMar>
              <w:top w:w="100" w:type="dxa"/>
              <w:left w:w="150" w:type="dxa"/>
              <w:bottom w:w="100" w:type="dxa"/>
              <w:right w:w="150" w:type="dxa"/>
            </w:tcMar>
          </w:tcPr>
          <w:p w14:paraId="6AAE4005" w14:textId="77777777" w:rsidR="00687E56" w:rsidRPr="007C3236" w:rsidRDefault="00425CFA">
            <w:r w:rsidRPr="007C3236">
              <w:rPr>
                <w:rFonts w:ascii="Times New Roman" w:hAnsi="Times New Roman"/>
                <w:sz w:val="20"/>
              </w:rPr>
              <w:t>Ban hành Kế hoạch cải cách hành chính năm 2026 trên địa bàn Thành phố</w:t>
            </w:r>
          </w:p>
        </w:tc>
      </w:tr>
      <w:tr w:rsidR="00687E56" w:rsidRPr="007C3236" w14:paraId="366E4918" w14:textId="77777777">
        <w:trPr>
          <w:jc w:val="center"/>
        </w:trPr>
        <w:tc>
          <w:tcPr>
            <w:tcW w:w="864" w:type="dxa"/>
            <w:shd w:val="clear" w:color="auto" w:fill="F2F2F2"/>
            <w:tcMar>
              <w:top w:w="100" w:type="dxa"/>
              <w:left w:w="150" w:type="dxa"/>
              <w:bottom w:w="100" w:type="dxa"/>
              <w:right w:w="150" w:type="dxa"/>
            </w:tcMar>
          </w:tcPr>
          <w:p w14:paraId="1F46AC64" w14:textId="77777777" w:rsidR="00687E56" w:rsidRPr="007C3236" w:rsidRDefault="00425CFA">
            <w:pPr>
              <w:jc w:val="center"/>
            </w:pPr>
            <w:r w:rsidRPr="007C3236">
              <w:rPr>
                <w:rFonts w:ascii="Times New Roman" w:hAnsi="Times New Roman"/>
                <w:sz w:val="20"/>
              </w:rPr>
              <w:t>2</w:t>
            </w:r>
          </w:p>
        </w:tc>
        <w:tc>
          <w:tcPr>
            <w:tcW w:w="3024" w:type="dxa"/>
            <w:shd w:val="clear" w:color="auto" w:fill="F2F2F2"/>
            <w:tcMar>
              <w:top w:w="100" w:type="dxa"/>
              <w:left w:w="150" w:type="dxa"/>
              <w:bottom w:w="100" w:type="dxa"/>
              <w:right w:w="150" w:type="dxa"/>
            </w:tcMar>
          </w:tcPr>
          <w:p w14:paraId="7550388A" w14:textId="77777777" w:rsidR="00687E56" w:rsidRPr="007C3236" w:rsidRDefault="00425CFA">
            <w:r w:rsidRPr="007C3236">
              <w:rPr>
                <w:rFonts w:ascii="Times New Roman" w:hAnsi="Times New Roman"/>
                <w:sz w:val="20"/>
              </w:rPr>
              <w:t>Quyết định số 4172/QĐ-UBND</w:t>
            </w:r>
          </w:p>
        </w:tc>
        <w:tc>
          <w:tcPr>
            <w:tcW w:w="1728" w:type="dxa"/>
            <w:shd w:val="clear" w:color="auto" w:fill="F2F2F2"/>
            <w:tcMar>
              <w:top w:w="100" w:type="dxa"/>
              <w:left w:w="150" w:type="dxa"/>
              <w:bottom w:w="100" w:type="dxa"/>
              <w:right w:w="150" w:type="dxa"/>
            </w:tcMar>
          </w:tcPr>
          <w:p w14:paraId="2195F986" w14:textId="77777777" w:rsidR="00687E56" w:rsidRPr="007C3236" w:rsidRDefault="00425CFA">
            <w:pPr>
              <w:jc w:val="center"/>
            </w:pPr>
            <w:r w:rsidRPr="007C3236">
              <w:rPr>
                <w:rFonts w:ascii="Times New Roman" w:hAnsi="Times New Roman"/>
                <w:sz w:val="20"/>
              </w:rPr>
              <w:t>15/01/2026</w:t>
            </w:r>
          </w:p>
        </w:tc>
        <w:tc>
          <w:tcPr>
            <w:tcW w:w="3744" w:type="dxa"/>
            <w:shd w:val="clear" w:color="auto" w:fill="F2F2F2"/>
            <w:tcMar>
              <w:top w:w="100" w:type="dxa"/>
              <w:left w:w="150" w:type="dxa"/>
              <w:bottom w:w="100" w:type="dxa"/>
              <w:right w:w="150" w:type="dxa"/>
            </w:tcMar>
          </w:tcPr>
          <w:p w14:paraId="11925908" w14:textId="77777777" w:rsidR="00687E56" w:rsidRPr="007C3236" w:rsidRDefault="00425CFA">
            <w:r w:rsidRPr="007C3236">
              <w:rPr>
                <w:rFonts w:ascii="Times New Roman" w:hAnsi="Times New Roman"/>
                <w:sz w:val="20"/>
              </w:rPr>
              <w:t>Kế hoạch cải cách hành chính nhà nước giai đoạn 2026 - 2030 (mục tiêu top 5 PAR INDEX, PCI, PAPI; top 3 DTI)</w:t>
            </w:r>
          </w:p>
        </w:tc>
      </w:tr>
      <w:tr w:rsidR="00687E56" w:rsidRPr="007C3236" w14:paraId="34BAC613" w14:textId="77777777">
        <w:trPr>
          <w:jc w:val="center"/>
        </w:trPr>
        <w:tc>
          <w:tcPr>
            <w:tcW w:w="864" w:type="dxa"/>
            <w:tcMar>
              <w:top w:w="100" w:type="dxa"/>
              <w:left w:w="150" w:type="dxa"/>
              <w:bottom w:w="100" w:type="dxa"/>
              <w:right w:w="150" w:type="dxa"/>
            </w:tcMar>
          </w:tcPr>
          <w:p w14:paraId="3FF6F89B" w14:textId="77777777" w:rsidR="00687E56" w:rsidRPr="007C3236" w:rsidRDefault="00425CFA">
            <w:pPr>
              <w:jc w:val="center"/>
            </w:pPr>
            <w:r w:rsidRPr="007C3236">
              <w:rPr>
                <w:rFonts w:ascii="Times New Roman" w:hAnsi="Times New Roman"/>
                <w:sz w:val="20"/>
              </w:rPr>
              <w:t>3</w:t>
            </w:r>
          </w:p>
        </w:tc>
        <w:tc>
          <w:tcPr>
            <w:tcW w:w="3024" w:type="dxa"/>
            <w:tcMar>
              <w:top w:w="100" w:type="dxa"/>
              <w:left w:w="150" w:type="dxa"/>
              <w:bottom w:w="100" w:type="dxa"/>
              <w:right w:w="150" w:type="dxa"/>
            </w:tcMar>
          </w:tcPr>
          <w:p w14:paraId="00AC38D1" w14:textId="77777777" w:rsidR="00687E56" w:rsidRPr="007C3236" w:rsidRDefault="00425CFA">
            <w:r w:rsidRPr="007C3236">
              <w:rPr>
                <w:rFonts w:ascii="Times New Roman" w:hAnsi="Times New Roman"/>
                <w:sz w:val="20"/>
              </w:rPr>
              <w:t>Kế hoạch số 60/KH-UBND</w:t>
            </w:r>
          </w:p>
        </w:tc>
        <w:tc>
          <w:tcPr>
            <w:tcW w:w="1728" w:type="dxa"/>
            <w:tcMar>
              <w:top w:w="100" w:type="dxa"/>
              <w:left w:w="150" w:type="dxa"/>
              <w:bottom w:w="100" w:type="dxa"/>
              <w:right w:w="150" w:type="dxa"/>
            </w:tcMar>
          </w:tcPr>
          <w:p w14:paraId="6A0C499E" w14:textId="77777777" w:rsidR="00687E56" w:rsidRPr="007C3236" w:rsidRDefault="00425CFA">
            <w:pPr>
              <w:jc w:val="center"/>
            </w:pPr>
            <w:r w:rsidRPr="007C3236">
              <w:rPr>
                <w:rFonts w:ascii="Times New Roman" w:hAnsi="Times New Roman"/>
                <w:sz w:val="20"/>
              </w:rPr>
              <w:t>13/02/2026</w:t>
            </w:r>
          </w:p>
        </w:tc>
        <w:tc>
          <w:tcPr>
            <w:tcW w:w="3744" w:type="dxa"/>
            <w:tcMar>
              <w:top w:w="100" w:type="dxa"/>
              <w:left w:w="150" w:type="dxa"/>
              <w:bottom w:w="100" w:type="dxa"/>
              <w:right w:w="150" w:type="dxa"/>
            </w:tcMar>
          </w:tcPr>
          <w:p w14:paraId="74712C3B" w14:textId="77777777" w:rsidR="00687E56" w:rsidRPr="007C3236" w:rsidRDefault="00425CFA">
            <w:r w:rsidRPr="007C3236">
              <w:rPr>
                <w:rFonts w:ascii="Times New Roman" w:hAnsi="Times New Roman"/>
                <w:sz w:val="20"/>
              </w:rPr>
              <w:t>Thực hiện công tác cải cách, kiểm soát thủ tục hành chính trên địa bàn Thành phố năm 2026</w:t>
            </w:r>
          </w:p>
        </w:tc>
      </w:tr>
      <w:tr w:rsidR="00687E56" w:rsidRPr="007C3236" w14:paraId="5708CB82" w14:textId="77777777">
        <w:trPr>
          <w:jc w:val="center"/>
        </w:trPr>
        <w:tc>
          <w:tcPr>
            <w:tcW w:w="864" w:type="dxa"/>
            <w:shd w:val="clear" w:color="auto" w:fill="F2F2F2"/>
            <w:tcMar>
              <w:top w:w="100" w:type="dxa"/>
              <w:left w:w="150" w:type="dxa"/>
              <w:bottom w:w="100" w:type="dxa"/>
              <w:right w:w="150" w:type="dxa"/>
            </w:tcMar>
          </w:tcPr>
          <w:p w14:paraId="7C4D9D71" w14:textId="77777777" w:rsidR="00687E56" w:rsidRPr="007C3236" w:rsidRDefault="00425CFA">
            <w:pPr>
              <w:jc w:val="center"/>
            </w:pPr>
            <w:r w:rsidRPr="007C3236">
              <w:rPr>
                <w:rFonts w:ascii="Times New Roman" w:hAnsi="Times New Roman"/>
                <w:sz w:val="20"/>
              </w:rPr>
              <w:t>4</w:t>
            </w:r>
          </w:p>
        </w:tc>
        <w:tc>
          <w:tcPr>
            <w:tcW w:w="3024" w:type="dxa"/>
            <w:shd w:val="clear" w:color="auto" w:fill="F2F2F2"/>
            <w:tcMar>
              <w:top w:w="100" w:type="dxa"/>
              <w:left w:w="150" w:type="dxa"/>
              <w:bottom w:w="100" w:type="dxa"/>
              <w:right w:w="150" w:type="dxa"/>
            </w:tcMar>
          </w:tcPr>
          <w:p w14:paraId="489DF063" w14:textId="77777777" w:rsidR="00687E56" w:rsidRPr="007C3236" w:rsidRDefault="00425CFA">
            <w:r w:rsidRPr="007C3236">
              <w:rPr>
                <w:rFonts w:ascii="Times New Roman" w:hAnsi="Times New Roman"/>
                <w:sz w:val="20"/>
              </w:rPr>
              <w:t>Kế hoạch số 338/KH-UBND</w:t>
            </w:r>
          </w:p>
        </w:tc>
        <w:tc>
          <w:tcPr>
            <w:tcW w:w="1728" w:type="dxa"/>
            <w:shd w:val="clear" w:color="auto" w:fill="F2F2F2"/>
            <w:tcMar>
              <w:top w:w="100" w:type="dxa"/>
              <w:left w:w="150" w:type="dxa"/>
              <w:bottom w:w="100" w:type="dxa"/>
              <w:right w:w="150" w:type="dxa"/>
            </w:tcMar>
          </w:tcPr>
          <w:p w14:paraId="6E1BD503" w14:textId="77777777" w:rsidR="00687E56" w:rsidRPr="007C3236" w:rsidRDefault="00425CFA">
            <w:pPr>
              <w:jc w:val="center"/>
            </w:pPr>
            <w:r w:rsidRPr="007C3236">
              <w:rPr>
                <w:rFonts w:ascii="Times New Roman" w:hAnsi="Times New Roman"/>
                <w:sz w:val="20"/>
              </w:rPr>
              <w:t>30/06/2026</w:t>
            </w:r>
          </w:p>
        </w:tc>
        <w:tc>
          <w:tcPr>
            <w:tcW w:w="3744" w:type="dxa"/>
            <w:shd w:val="clear" w:color="auto" w:fill="F2F2F2"/>
            <w:tcMar>
              <w:top w:w="100" w:type="dxa"/>
              <w:left w:w="150" w:type="dxa"/>
              <w:bottom w:w="100" w:type="dxa"/>
              <w:right w:w="150" w:type="dxa"/>
            </w:tcMar>
          </w:tcPr>
          <w:p w14:paraId="3CC7C622" w14:textId="77777777" w:rsidR="00687E56" w:rsidRPr="007C3236" w:rsidRDefault="00425CFA">
            <w:r w:rsidRPr="007C3236">
              <w:rPr>
                <w:rFonts w:ascii="Times New Roman" w:hAnsi="Times New Roman"/>
                <w:sz w:val="20"/>
              </w:rPr>
              <w:t>Kế hoạch thực hiện các giải pháp nâng cao Chỉ số cải cách hành chính (PAR INDEX) và Chỉ số hài lòng (SIPAS) năm 2026 của TP.HCM</w:t>
            </w:r>
          </w:p>
        </w:tc>
      </w:tr>
      <w:tr w:rsidR="00687E56" w:rsidRPr="007C3236" w14:paraId="39455C44" w14:textId="77777777">
        <w:trPr>
          <w:jc w:val="center"/>
        </w:trPr>
        <w:tc>
          <w:tcPr>
            <w:tcW w:w="864" w:type="dxa"/>
            <w:tcMar>
              <w:top w:w="100" w:type="dxa"/>
              <w:left w:w="150" w:type="dxa"/>
              <w:bottom w:w="100" w:type="dxa"/>
              <w:right w:w="150" w:type="dxa"/>
            </w:tcMar>
          </w:tcPr>
          <w:p w14:paraId="07742D2C" w14:textId="77777777" w:rsidR="00687E56" w:rsidRPr="007C3236" w:rsidRDefault="00425CFA">
            <w:pPr>
              <w:jc w:val="center"/>
            </w:pPr>
            <w:r w:rsidRPr="007C3236">
              <w:rPr>
                <w:rFonts w:ascii="Times New Roman" w:hAnsi="Times New Roman"/>
                <w:sz w:val="20"/>
              </w:rPr>
              <w:t>5</w:t>
            </w:r>
          </w:p>
        </w:tc>
        <w:tc>
          <w:tcPr>
            <w:tcW w:w="3024" w:type="dxa"/>
            <w:tcMar>
              <w:top w:w="100" w:type="dxa"/>
              <w:left w:w="150" w:type="dxa"/>
              <w:bottom w:w="100" w:type="dxa"/>
              <w:right w:w="150" w:type="dxa"/>
            </w:tcMar>
          </w:tcPr>
          <w:p w14:paraId="0EF59687" w14:textId="77777777" w:rsidR="00687E56" w:rsidRPr="007C3236" w:rsidRDefault="00425CFA">
            <w:r w:rsidRPr="007C3236">
              <w:rPr>
                <w:rFonts w:ascii="Times New Roman" w:hAnsi="Times New Roman"/>
                <w:sz w:val="20"/>
              </w:rPr>
              <w:t>Quyết định số 3888/QĐ-UBND</w:t>
            </w:r>
          </w:p>
        </w:tc>
        <w:tc>
          <w:tcPr>
            <w:tcW w:w="1728" w:type="dxa"/>
            <w:tcMar>
              <w:top w:w="100" w:type="dxa"/>
              <w:left w:w="150" w:type="dxa"/>
              <w:bottom w:w="100" w:type="dxa"/>
              <w:right w:w="150" w:type="dxa"/>
            </w:tcMar>
          </w:tcPr>
          <w:p w14:paraId="7E9C6C97" w14:textId="77777777" w:rsidR="00687E56" w:rsidRPr="007C3236" w:rsidRDefault="00425CFA">
            <w:pPr>
              <w:jc w:val="center"/>
            </w:pPr>
            <w:r w:rsidRPr="007C3236">
              <w:rPr>
                <w:rFonts w:ascii="Times New Roman" w:hAnsi="Times New Roman"/>
                <w:sz w:val="20"/>
              </w:rPr>
              <w:t>29/06/2026</w:t>
            </w:r>
          </w:p>
        </w:tc>
        <w:tc>
          <w:tcPr>
            <w:tcW w:w="3744" w:type="dxa"/>
            <w:tcMar>
              <w:top w:w="100" w:type="dxa"/>
              <w:left w:w="150" w:type="dxa"/>
              <w:bottom w:w="100" w:type="dxa"/>
              <w:right w:w="150" w:type="dxa"/>
            </w:tcMar>
          </w:tcPr>
          <w:p w14:paraId="51FEDBDC" w14:textId="77777777" w:rsidR="00687E56" w:rsidRPr="007C3236" w:rsidRDefault="00425CFA">
            <w:r w:rsidRPr="007C3236">
              <w:rPr>
                <w:rFonts w:ascii="Times New Roman" w:hAnsi="Times New Roman"/>
                <w:sz w:val="20"/>
              </w:rPr>
              <w:t>Ban hành Bộ tiêu chí xác định Chỉ số cải cách hành chính của các sở, ban, ngành và UBND xã, phường, đặc khu trên địa bàn TP.HCM</w:t>
            </w:r>
          </w:p>
        </w:tc>
      </w:tr>
      <w:tr w:rsidR="00687E56" w:rsidRPr="007C3236" w14:paraId="25380F26" w14:textId="77777777">
        <w:trPr>
          <w:jc w:val="center"/>
        </w:trPr>
        <w:tc>
          <w:tcPr>
            <w:tcW w:w="864" w:type="dxa"/>
            <w:shd w:val="clear" w:color="auto" w:fill="F2F2F2"/>
            <w:tcMar>
              <w:top w:w="100" w:type="dxa"/>
              <w:left w:w="150" w:type="dxa"/>
              <w:bottom w:w="100" w:type="dxa"/>
              <w:right w:w="150" w:type="dxa"/>
            </w:tcMar>
          </w:tcPr>
          <w:p w14:paraId="34F17246" w14:textId="77777777" w:rsidR="00687E56" w:rsidRPr="007C3236" w:rsidRDefault="00425CFA">
            <w:pPr>
              <w:jc w:val="center"/>
            </w:pPr>
            <w:r w:rsidRPr="007C3236">
              <w:rPr>
                <w:rFonts w:ascii="Times New Roman" w:hAnsi="Times New Roman"/>
                <w:sz w:val="20"/>
              </w:rPr>
              <w:t>6</w:t>
            </w:r>
          </w:p>
        </w:tc>
        <w:tc>
          <w:tcPr>
            <w:tcW w:w="3024" w:type="dxa"/>
            <w:shd w:val="clear" w:color="auto" w:fill="F2F2F2"/>
            <w:tcMar>
              <w:top w:w="100" w:type="dxa"/>
              <w:left w:w="150" w:type="dxa"/>
              <w:bottom w:w="100" w:type="dxa"/>
              <w:right w:w="150" w:type="dxa"/>
            </w:tcMar>
          </w:tcPr>
          <w:p w14:paraId="2DB9AB8A" w14:textId="77777777" w:rsidR="00687E56" w:rsidRPr="007C3236" w:rsidRDefault="00425CFA">
            <w:r w:rsidRPr="007C3236">
              <w:rPr>
                <w:rFonts w:ascii="Times New Roman" w:hAnsi="Times New Roman"/>
                <w:sz w:val="20"/>
              </w:rPr>
              <w:t>Kế hoạch số 380/KH-UBND</w:t>
            </w:r>
          </w:p>
        </w:tc>
        <w:tc>
          <w:tcPr>
            <w:tcW w:w="1728" w:type="dxa"/>
            <w:shd w:val="clear" w:color="auto" w:fill="F2F2F2"/>
            <w:tcMar>
              <w:top w:w="100" w:type="dxa"/>
              <w:left w:w="150" w:type="dxa"/>
              <w:bottom w:w="100" w:type="dxa"/>
              <w:right w:w="150" w:type="dxa"/>
            </w:tcMar>
          </w:tcPr>
          <w:p w14:paraId="46F6AB3E" w14:textId="77777777" w:rsidR="00687E56" w:rsidRPr="007C3236" w:rsidRDefault="00425CFA">
            <w:pPr>
              <w:jc w:val="center"/>
            </w:pPr>
            <w:r w:rsidRPr="007C3236">
              <w:rPr>
                <w:rFonts w:ascii="Times New Roman" w:hAnsi="Times New Roman"/>
                <w:sz w:val="20"/>
              </w:rPr>
              <w:t>15/7/2026</w:t>
            </w:r>
          </w:p>
        </w:tc>
        <w:tc>
          <w:tcPr>
            <w:tcW w:w="3744" w:type="dxa"/>
            <w:shd w:val="clear" w:color="auto" w:fill="F2F2F2"/>
            <w:tcMar>
              <w:top w:w="100" w:type="dxa"/>
              <w:left w:w="150" w:type="dxa"/>
              <w:bottom w:w="100" w:type="dxa"/>
              <w:right w:w="150" w:type="dxa"/>
            </w:tcMar>
          </w:tcPr>
          <w:p w14:paraId="001448C3" w14:textId="77777777" w:rsidR="00687E56" w:rsidRPr="007C3236" w:rsidRDefault="00425CFA">
            <w:r w:rsidRPr="007C3236">
              <w:rPr>
                <w:rFonts w:ascii="Times New Roman" w:hAnsi="Times New Roman"/>
                <w:sz w:val="20"/>
              </w:rPr>
              <w:t>Thông tin, tuyên truyền cải cách hành chính năm 2026</w:t>
            </w:r>
          </w:p>
        </w:tc>
      </w:tr>
      <w:tr w:rsidR="00687E56" w:rsidRPr="007C3236" w14:paraId="1280F002" w14:textId="77777777">
        <w:trPr>
          <w:jc w:val="center"/>
        </w:trPr>
        <w:tc>
          <w:tcPr>
            <w:tcW w:w="864" w:type="dxa"/>
            <w:tcMar>
              <w:top w:w="100" w:type="dxa"/>
              <w:left w:w="150" w:type="dxa"/>
              <w:bottom w:w="100" w:type="dxa"/>
              <w:right w:w="150" w:type="dxa"/>
            </w:tcMar>
          </w:tcPr>
          <w:p w14:paraId="72A9E205" w14:textId="77777777" w:rsidR="00687E56" w:rsidRPr="007C3236" w:rsidRDefault="00425CFA">
            <w:pPr>
              <w:jc w:val="center"/>
            </w:pPr>
            <w:r w:rsidRPr="007C3236">
              <w:rPr>
                <w:rFonts w:ascii="Times New Roman" w:hAnsi="Times New Roman"/>
                <w:sz w:val="20"/>
              </w:rPr>
              <w:t>7</w:t>
            </w:r>
          </w:p>
        </w:tc>
        <w:tc>
          <w:tcPr>
            <w:tcW w:w="3024" w:type="dxa"/>
            <w:tcMar>
              <w:top w:w="100" w:type="dxa"/>
              <w:left w:w="150" w:type="dxa"/>
              <w:bottom w:w="100" w:type="dxa"/>
              <w:right w:w="150" w:type="dxa"/>
            </w:tcMar>
          </w:tcPr>
          <w:p w14:paraId="7A50D0A6" w14:textId="77777777" w:rsidR="00687E56" w:rsidRPr="007C3236" w:rsidRDefault="00425CFA">
            <w:r w:rsidRPr="007C3236">
              <w:rPr>
                <w:rFonts w:ascii="Times New Roman" w:hAnsi="Times New Roman"/>
                <w:sz w:val="20"/>
              </w:rPr>
              <w:t>Công văn số 4050/UBND-VX</w:t>
            </w:r>
          </w:p>
        </w:tc>
        <w:tc>
          <w:tcPr>
            <w:tcW w:w="1728" w:type="dxa"/>
            <w:tcMar>
              <w:top w:w="100" w:type="dxa"/>
              <w:left w:w="150" w:type="dxa"/>
              <w:bottom w:w="100" w:type="dxa"/>
              <w:right w:w="150" w:type="dxa"/>
            </w:tcMar>
          </w:tcPr>
          <w:p w14:paraId="096173CF" w14:textId="77777777" w:rsidR="00687E56" w:rsidRPr="007C3236" w:rsidRDefault="00425CFA">
            <w:pPr>
              <w:jc w:val="center"/>
            </w:pPr>
            <w:r w:rsidRPr="007C3236">
              <w:rPr>
                <w:rFonts w:ascii="Times New Roman" w:hAnsi="Times New Roman"/>
                <w:sz w:val="20"/>
              </w:rPr>
              <w:t>18/5/2026</w:t>
            </w:r>
          </w:p>
        </w:tc>
        <w:tc>
          <w:tcPr>
            <w:tcW w:w="3744" w:type="dxa"/>
            <w:tcMar>
              <w:top w:w="100" w:type="dxa"/>
              <w:left w:w="150" w:type="dxa"/>
              <w:bottom w:w="100" w:type="dxa"/>
              <w:right w:w="150" w:type="dxa"/>
            </w:tcMar>
          </w:tcPr>
          <w:p w14:paraId="7AA47748" w14:textId="77777777" w:rsidR="00687E56" w:rsidRPr="007C3236" w:rsidRDefault="00425CFA">
            <w:r w:rsidRPr="007C3236">
              <w:rPr>
                <w:rFonts w:ascii="Times New Roman" w:hAnsi="Times New Roman"/>
                <w:sz w:val="20"/>
              </w:rPr>
              <w:t>Thực hiện nhiệm vụ nâng cao hiệu quả công tác cải cách hành chính</w:t>
            </w:r>
          </w:p>
        </w:tc>
      </w:tr>
      <w:tr w:rsidR="00687E56" w:rsidRPr="007C3236" w14:paraId="0F3B815D" w14:textId="77777777">
        <w:trPr>
          <w:jc w:val="center"/>
        </w:trPr>
        <w:tc>
          <w:tcPr>
            <w:tcW w:w="864" w:type="dxa"/>
            <w:shd w:val="clear" w:color="auto" w:fill="F2F2F2"/>
            <w:tcMar>
              <w:top w:w="100" w:type="dxa"/>
              <w:left w:w="150" w:type="dxa"/>
              <w:bottom w:w="100" w:type="dxa"/>
              <w:right w:w="150" w:type="dxa"/>
            </w:tcMar>
          </w:tcPr>
          <w:p w14:paraId="77843119" w14:textId="77777777" w:rsidR="00687E56" w:rsidRPr="007C3236" w:rsidRDefault="00425CFA">
            <w:pPr>
              <w:jc w:val="center"/>
            </w:pPr>
            <w:r w:rsidRPr="007C3236">
              <w:rPr>
                <w:rFonts w:ascii="Times New Roman" w:hAnsi="Times New Roman"/>
                <w:sz w:val="20"/>
              </w:rPr>
              <w:lastRenderedPageBreak/>
              <w:t>8</w:t>
            </w:r>
          </w:p>
        </w:tc>
        <w:tc>
          <w:tcPr>
            <w:tcW w:w="3024" w:type="dxa"/>
            <w:shd w:val="clear" w:color="auto" w:fill="F2F2F2"/>
            <w:tcMar>
              <w:top w:w="100" w:type="dxa"/>
              <w:left w:w="150" w:type="dxa"/>
              <w:bottom w:w="100" w:type="dxa"/>
              <w:right w:w="150" w:type="dxa"/>
            </w:tcMar>
          </w:tcPr>
          <w:p w14:paraId="255C8B03" w14:textId="77777777" w:rsidR="00687E56" w:rsidRPr="007C3236" w:rsidRDefault="00425CFA">
            <w:r w:rsidRPr="007C3236">
              <w:rPr>
                <w:rFonts w:ascii="Times New Roman" w:hAnsi="Times New Roman"/>
                <w:sz w:val="20"/>
              </w:rPr>
              <w:t>Công văn số 8208/UBND-VX</w:t>
            </w:r>
          </w:p>
        </w:tc>
        <w:tc>
          <w:tcPr>
            <w:tcW w:w="1728" w:type="dxa"/>
            <w:shd w:val="clear" w:color="auto" w:fill="F2F2F2"/>
            <w:tcMar>
              <w:top w:w="100" w:type="dxa"/>
              <w:left w:w="150" w:type="dxa"/>
              <w:bottom w:w="100" w:type="dxa"/>
              <w:right w:w="150" w:type="dxa"/>
            </w:tcMar>
          </w:tcPr>
          <w:p w14:paraId="6A4DC08A" w14:textId="77777777" w:rsidR="00687E56" w:rsidRPr="007C3236" w:rsidRDefault="00425CFA">
            <w:pPr>
              <w:jc w:val="center"/>
            </w:pPr>
            <w:r w:rsidRPr="007C3236">
              <w:rPr>
                <w:rFonts w:ascii="Times New Roman" w:hAnsi="Times New Roman"/>
                <w:sz w:val="20"/>
              </w:rPr>
              <w:t>07/9/2026</w:t>
            </w:r>
          </w:p>
        </w:tc>
        <w:tc>
          <w:tcPr>
            <w:tcW w:w="3744" w:type="dxa"/>
            <w:shd w:val="clear" w:color="auto" w:fill="F2F2F2"/>
            <w:tcMar>
              <w:top w:w="100" w:type="dxa"/>
              <w:left w:w="150" w:type="dxa"/>
              <w:bottom w:w="100" w:type="dxa"/>
              <w:right w:w="150" w:type="dxa"/>
            </w:tcMar>
          </w:tcPr>
          <w:p w14:paraId="43E04ECA" w14:textId="77777777" w:rsidR="00687E56" w:rsidRPr="007C3236" w:rsidRDefault="00425CFA">
            <w:r w:rsidRPr="007C3236">
              <w:rPr>
                <w:rFonts w:ascii="Times New Roman" w:hAnsi="Times New Roman"/>
                <w:sz w:val="20"/>
              </w:rPr>
              <w:t>Thực hiện nhiệm vụ nâng cao cải cách hành chính sau sơ kết 6 tháng (≥80% hồ sơ trực tuyến toàn trình; tái sử dụng dữ liệu)</w:t>
            </w:r>
          </w:p>
        </w:tc>
      </w:tr>
      <w:tr w:rsidR="00687E56" w:rsidRPr="007C3236" w14:paraId="063817A9" w14:textId="77777777">
        <w:trPr>
          <w:jc w:val="center"/>
        </w:trPr>
        <w:tc>
          <w:tcPr>
            <w:tcW w:w="864" w:type="dxa"/>
            <w:tcMar>
              <w:top w:w="100" w:type="dxa"/>
              <w:left w:w="150" w:type="dxa"/>
              <w:bottom w:w="100" w:type="dxa"/>
              <w:right w:w="150" w:type="dxa"/>
            </w:tcMar>
          </w:tcPr>
          <w:p w14:paraId="78DE886D" w14:textId="77777777" w:rsidR="00687E56" w:rsidRPr="007C3236" w:rsidRDefault="00425CFA">
            <w:pPr>
              <w:jc w:val="center"/>
            </w:pPr>
            <w:r w:rsidRPr="007C3236">
              <w:rPr>
                <w:rFonts w:ascii="Times New Roman" w:hAnsi="Times New Roman"/>
                <w:sz w:val="20"/>
              </w:rPr>
              <w:t>9</w:t>
            </w:r>
          </w:p>
        </w:tc>
        <w:tc>
          <w:tcPr>
            <w:tcW w:w="3024" w:type="dxa"/>
            <w:tcMar>
              <w:top w:w="100" w:type="dxa"/>
              <w:left w:w="150" w:type="dxa"/>
              <w:bottom w:w="100" w:type="dxa"/>
              <w:right w:w="150" w:type="dxa"/>
            </w:tcMar>
          </w:tcPr>
          <w:p w14:paraId="0C24ADEB" w14:textId="77777777" w:rsidR="00687E56" w:rsidRPr="007C3236" w:rsidRDefault="00425CFA">
            <w:r w:rsidRPr="007C3236">
              <w:rPr>
                <w:rFonts w:ascii="Times New Roman" w:hAnsi="Times New Roman"/>
                <w:sz w:val="20"/>
              </w:rPr>
              <w:t>Quyết định số 3336/QĐ-UBND</w:t>
            </w:r>
          </w:p>
        </w:tc>
        <w:tc>
          <w:tcPr>
            <w:tcW w:w="1728" w:type="dxa"/>
            <w:tcMar>
              <w:top w:w="100" w:type="dxa"/>
              <w:left w:w="150" w:type="dxa"/>
              <w:bottom w:w="100" w:type="dxa"/>
              <w:right w:w="150" w:type="dxa"/>
            </w:tcMar>
          </w:tcPr>
          <w:p w14:paraId="7630CEA2" w14:textId="77777777" w:rsidR="00687E56" w:rsidRPr="007C3236" w:rsidRDefault="00425CFA">
            <w:pPr>
              <w:jc w:val="center"/>
            </w:pPr>
            <w:r w:rsidRPr="007C3236">
              <w:rPr>
                <w:rFonts w:ascii="Times New Roman" w:hAnsi="Times New Roman"/>
                <w:sz w:val="20"/>
              </w:rPr>
              <w:t>05/06/2026</w:t>
            </w:r>
          </w:p>
        </w:tc>
        <w:tc>
          <w:tcPr>
            <w:tcW w:w="3744" w:type="dxa"/>
            <w:tcMar>
              <w:top w:w="100" w:type="dxa"/>
              <w:left w:w="150" w:type="dxa"/>
              <w:bottom w:w="100" w:type="dxa"/>
              <w:right w:w="150" w:type="dxa"/>
            </w:tcMar>
          </w:tcPr>
          <w:p w14:paraId="49741AE1" w14:textId="77777777" w:rsidR="00687E56" w:rsidRPr="007C3236" w:rsidRDefault="00425CFA">
            <w:r w:rsidRPr="007C3236">
              <w:rPr>
                <w:rFonts w:ascii="Times New Roman" w:hAnsi="Times New Roman"/>
                <w:sz w:val="20"/>
              </w:rPr>
              <w:t>Quyết định ban hành Bộ Chỉ số đánh giá chuyển đổi số (DTI) của Thành phố Hồ Chí Minh</w:t>
            </w:r>
          </w:p>
        </w:tc>
      </w:tr>
      <w:tr w:rsidR="00687E56" w:rsidRPr="007C3236" w14:paraId="0F7DFFF3" w14:textId="77777777">
        <w:trPr>
          <w:jc w:val="center"/>
        </w:trPr>
        <w:tc>
          <w:tcPr>
            <w:tcW w:w="864" w:type="dxa"/>
            <w:shd w:val="clear" w:color="auto" w:fill="F2F2F2"/>
            <w:tcMar>
              <w:top w:w="100" w:type="dxa"/>
              <w:left w:w="150" w:type="dxa"/>
              <w:bottom w:w="100" w:type="dxa"/>
              <w:right w:w="150" w:type="dxa"/>
            </w:tcMar>
          </w:tcPr>
          <w:p w14:paraId="30F073C8" w14:textId="77777777" w:rsidR="00687E56" w:rsidRPr="007C3236" w:rsidRDefault="00425CFA">
            <w:pPr>
              <w:jc w:val="center"/>
            </w:pPr>
            <w:r w:rsidRPr="007C3236">
              <w:rPr>
                <w:rFonts w:ascii="Times New Roman" w:hAnsi="Times New Roman"/>
                <w:sz w:val="20"/>
              </w:rPr>
              <w:t>10</w:t>
            </w:r>
          </w:p>
        </w:tc>
        <w:tc>
          <w:tcPr>
            <w:tcW w:w="3024" w:type="dxa"/>
            <w:shd w:val="clear" w:color="auto" w:fill="F2F2F2"/>
            <w:tcMar>
              <w:top w:w="100" w:type="dxa"/>
              <w:left w:w="150" w:type="dxa"/>
              <w:bottom w:w="100" w:type="dxa"/>
              <w:right w:w="150" w:type="dxa"/>
            </w:tcMar>
          </w:tcPr>
          <w:p w14:paraId="13967AC7" w14:textId="77777777" w:rsidR="00687E56" w:rsidRPr="007C3236" w:rsidRDefault="00425CFA">
            <w:r w:rsidRPr="007C3236">
              <w:rPr>
                <w:rFonts w:ascii="Times New Roman" w:hAnsi="Times New Roman"/>
                <w:sz w:val="20"/>
              </w:rPr>
              <w:t>Kế hoạch số 97/KH-UBND</w:t>
            </w:r>
          </w:p>
        </w:tc>
        <w:tc>
          <w:tcPr>
            <w:tcW w:w="1728" w:type="dxa"/>
            <w:shd w:val="clear" w:color="auto" w:fill="F2F2F2"/>
            <w:tcMar>
              <w:top w:w="100" w:type="dxa"/>
              <w:left w:w="150" w:type="dxa"/>
              <w:bottom w:w="100" w:type="dxa"/>
              <w:right w:w="150" w:type="dxa"/>
            </w:tcMar>
          </w:tcPr>
          <w:p w14:paraId="0EF0E3D6" w14:textId="77777777" w:rsidR="00687E56" w:rsidRPr="007C3236" w:rsidRDefault="00425CFA">
            <w:pPr>
              <w:jc w:val="center"/>
            </w:pPr>
            <w:r w:rsidRPr="007C3236">
              <w:rPr>
                <w:rFonts w:ascii="Times New Roman" w:hAnsi="Times New Roman"/>
                <w:sz w:val="20"/>
              </w:rPr>
              <w:t>16/03/2026</w:t>
            </w:r>
          </w:p>
        </w:tc>
        <w:tc>
          <w:tcPr>
            <w:tcW w:w="3744" w:type="dxa"/>
            <w:shd w:val="clear" w:color="auto" w:fill="F2F2F2"/>
            <w:tcMar>
              <w:top w:w="100" w:type="dxa"/>
              <w:left w:w="150" w:type="dxa"/>
              <w:bottom w:w="100" w:type="dxa"/>
              <w:right w:w="150" w:type="dxa"/>
            </w:tcMar>
          </w:tcPr>
          <w:p w14:paraId="4A613D6B" w14:textId="77777777" w:rsidR="00687E56" w:rsidRPr="007C3236" w:rsidRDefault="00425CFA">
            <w:r w:rsidRPr="007C3236">
              <w:rPr>
                <w:rFonts w:ascii="Times New Roman" w:hAnsi="Times New Roman"/>
                <w:sz w:val="20"/>
              </w:rPr>
              <w:t>Kế hoạch Chuyển đổi số và Phát triển đô thị thông minh năm 2026 tại Thành phố Hồ Chí Minh</w:t>
            </w:r>
          </w:p>
        </w:tc>
      </w:tr>
      <w:tr w:rsidR="00687E56" w:rsidRPr="007C3236" w14:paraId="0AA36C30" w14:textId="77777777">
        <w:trPr>
          <w:jc w:val="center"/>
        </w:trPr>
        <w:tc>
          <w:tcPr>
            <w:tcW w:w="864" w:type="dxa"/>
            <w:tcMar>
              <w:top w:w="100" w:type="dxa"/>
              <w:left w:w="150" w:type="dxa"/>
              <w:bottom w:w="100" w:type="dxa"/>
              <w:right w:w="150" w:type="dxa"/>
            </w:tcMar>
          </w:tcPr>
          <w:p w14:paraId="6FD0CB17" w14:textId="77777777" w:rsidR="00687E56" w:rsidRPr="007C3236" w:rsidRDefault="00425CFA">
            <w:pPr>
              <w:jc w:val="center"/>
            </w:pPr>
            <w:r w:rsidRPr="007C3236">
              <w:rPr>
                <w:rFonts w:ascii="Times New Roman" w:hAnsi="Times New Roman"/>
                <w:sz w:val="20"/>
              </w:rPr>
              <w:t>11</w:t>
            </w:r>
          </w:p>
        </w:tc>
        <w:tc>
          <w:tcPr>
            <w:tcW w:w="3024" w:type="dxa"/>
            <w:tcMar>
              <w:top w:w="100" w:type="dxa"/>
              <w:left w:w="150" w:type="dxa"/>
              <w:bottom w:w="100" w:type="dxa"/>
              <w:right w:w="150" w:type="dxa"/>
            </w:tcMar>
          </w:tcPr>
          <w:p w14:paraId="380C2BF0" w14:textId="77777777" w:rsidR="00687E56" w:rsidRPr="007C3236" w:rsidRDefault="00425CFA">
            <w:r w:rsidRPr="007C3236">
              <w:rPr>
                <w:rFonts w:ascii="Times New Roman" w:hAnsi="Times New Roman"/>
                <w:sz w:val="20"/>
              </w:rPr>
              <w:t>Kế hoạch số 97/KH-UBND (BDHVS)</w:t>
            </w:r>
          </w:p>
        </w:tc>
        <w:tc>
          <w:tcPr>
            <w:tcW w:w="1728" w:type="dxa"/>
            <w:tcMar>
              <w:top w:w="100" w:type="dxa"/>
              <w:left w:w="150" w:type="dxa"/>
              <w:bottom w:w="100" w:type="dxa"/>
              <w:right w:w="150" w:type="dxa"/>
            </w:tcMar>
          </w:tcPr>
          <w:p w14:paraId="45FE7652" w14:textId="77777777" w:rsidR="00687E56" w:rsidRPr="007C3236" w:rsidRDefault="00425CFA">
            <w:pPr>
              <w:jc w:val="center"/>
            </w:pPr>
            <w:r w:rsidRPr="007C3236">
              <w:rPr>
                <w:rFonts w:ascii="Times New Roman" w:hAnsi="Times New Roman"/>
                <w:sz w:val="20"/>
              </w:rPr>
              <w:t>22/09/2025</w:t>
            </w:r>
          </w:p>
        </w:tc>
        <w:tc>
          <w:tcPr>
            <w:tcW w:w="3744" w:type="dxa"/>
            <w:tcMar>
              <w:top w:w="100" w:type="dxa"/>
              <w:left w:w="150" w:type="dxa"/>
              <w:bottom w:w="100" w:type="dxa"/>
              <w:right w:w="150" w:type="dxa"/>
            </w:tcMar>
          </w:tcPr>
          <w:p w14:paraId="4E0E035A" w14:textId="77777777" w:rsidR="00687E56" w:rsidRPr="007C3236" w:rsidRDefault="00425CFA">
            <w:r w:rsidRPr="007C3236">
              <w:rPr>
                <w:rFonts w:ascii="Times New Roman" w:hAnsi="Times New Roman"/>
                <w:sz w:val="20"/>
              </w:rPr>
              <w:t>Kế hoạch triển khai Phong trào 'Bình dân học vụ số' tại Thành phố Hồ Chí Minh giai đoạn 2025 - 2026</w:t>
            </w:r>
          </w:p>
        </w:tc>
      </w:tr>
    </w:tbl>
    <w:p w14:paraId="3A7A34C5" w14:textId="77777777" w:rsidR="00687E56" w:rsidRPr="007C3236" w:rsidRDefault="00687E56">
      <w:pPr>
        <w:spacing w:after="120"/>
      </w:pPr>
    </w:p>
    <w:p w14:paraId="7D474068" w14:textId="77777777" w:rsidR="00687E56" w:rsidRPr="007C3236" w:rsidRDefault="00425CFA">
      <w:pPr>
        <w:spacing w:before="160" w:after="80"/>
      </w:pPr>
      <w:r w:rsidRPr="007C3236">
        <w:rPr>
          <w:rFonts w:ascii="Times New Roman" w:hAnsi="Times New Roman"/>
          <w:b/>
          <w:i/>
          <w:color w:val="1F4E79"/>
        </w:rPr>
        <w:t>Nhóm 2. Chuyển đổi số, Đề án 06, dữ liệu</w:t>
      </w:r>
    </w:p>
    <w:tbl>
      <w:tblPr>
        <w:tblW w:w="0" w:type="auto"/>
        <w:jc w:val="center"/>
        <w:tblLayout w:type="fixed"/>
        <w:tblLook w:val="04A0" w:firstRow="1" w:lastRow="0" w:firstColumn="1" w:lastColumn="0" w:noHBand="0" w:noVBand="1"/>
      </w:tblPr>
      <w:tblGrid>
        <w:gridCol w:w="864"/>
        <w:gridCol w:w="3024"/>
        <w:gridCol w:w="1728"/>
        <w:gridCol w:w="3744"/>
      </w:tblGrid>
      <w:tr w:rsidR="00687E56" w:rsidRPr="007C3236" w14:paraId="1D23E870" w14:textId="77777777">
        <w:trPr>
          <w:jc w:val="center"/>
        </w:trPr>
        <w:tc>
          <w:tcPr>
            <w:tcW w:w="864" w:type="dxa"/>
            <w:shd w:val="clear" w:color="auto" w:fill="1F4E78"/>
            <w:tcMar>
              <w:top w:w="120" w:type="dxa"/>
              <w:left w:w="150" w:type="dxa"/>
              <w:bottom w:w="120" w:type="dxa"/>
              <w:right w:w="150" w:type="dxa"/>
            </w:tcMar>
          </w:tcPr>
          <w:p w14:paraId="317EC3A1" w14:textId="77777777" w:rsidR="00687E56" w:rsidRPr="007C3236" w:rsidRDefault="00425CFA">
            <w:pPr>
              <w:jc w:val="center"/>
            </w:pPr>
            <w:r w:rsidRPr="007C3236">
              <w:rPr>
                <w:rFonts w:ascii="Times New Roman" w:hAnsi="Times New Roman"/>
                <w:b/>
                <w:color w:val="FFFFFF"/>
                <w:sz w:val="21"/>
              </w:rPr>
              <w:t>STT</w:t>
            </w:r>
          </w:p>
        </w:tc>
        <w:tc>
          <w:tcPr>
            <w:tcW w:w="3024" w:type="dxa"/>
            <w:shd w:val="clear" w:color="auto" w:fill="1F4E78"/>
            <w:tcMar>
              <w:top w:w="120" w:type="dxa"/>
              <w:left w:w="150" w:type="dxa"/>
              <w:bottom w:w="120" w:type="dxa"/>
              <w:right w:w="150" w:type="dxa"/>
            </w:tcMar>
          </w:tcPr>
          <w:p w14:paraId="6723B60D" w14:textId="77777777" w:rsidR="00687E56" w:rsidRPr="007C3236" w:rsidRDefault="00425CFA">
            <w:pPr>
              <w:jc w:val="center"/>
            </w:pPr>
            <w:r w:rsidRPr="007C3236">
              <w:rPr>
                <w:rFonts w:ascii="Times New Roman" w:hAnsi="Times New Roman"/>
                <w:b/>
                <w:color w:val="FFFFFF"/>
                <w:sz w:val="21"/>
              </w:rPr>
              <w:t>Số, ký hiệu</w:t>
            </w:r>
          </w:p>
        </w:tc>
        <w:tc>
          <w:tcPr>
            <w:tcW w:w="1728" w:type="dxa"/>
            <w:shd w:val="clear" w:color="auto" w:fill="1F4E78"/>
            <w:tcMar>
              <w:top w:w="120" w:type="dxa"/>
              <w:left w:w="150" w:type="dxa"/>
              <w:bottom w:w="120" w:type="dxa"/>
              <w:right w:w="150" w:type="dxa"/>
            </w:tcMar>
          </w:tcPr>
          <w:p w14:paraId="600C0443" w14:textId="77777777" w:rsidR="00687E56" w:rsidRPr="007C3236" w:rsidRDefault="00425CFA">
            <w:pPr>
              <w:jc w:val="center"/>
            </w:pPr>
            <w:r w:rsidRPr="007C3236">
              <w:rPr>
                <w:rFonts w:ascii="Times New Roman" w:hAnsi="Times New Roman"/>
                <w:b/>
                <w:color w:val="FFFFFF"/>
                <w:sz w:val="21"/>
              </w:rPr>
              <w:t>Ngày ban hành</w:t>
            </w:r>
          </w:p>
        </w:tc>
        <w:tc>
          <w:tcPr>
            <w:tcW w:w="3744" w:type="dxa"/>
            <w:shd w:val="clear" w:color="auto" w:fill="1F4E78"/>
            <w:tcMar>
              <w:top w:w="120" w:type="dxa"/>
              <w:left w:w="150" w:type="dxa"/>
              <w:bottom w:w="120" w:type="dxa"/>
              <w:right w:w="150" w:type="dxa"/>
            </w:tcMar>
          </w:tcPr>
          <w:p w14:paraId="480C5BA0"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524D8BD8" w14:textId="77777777">
        <w:trPr>
          <w:jc w:val="center"/>
        </w:trPr>
        <w:tc>
          <w:tcPr>
            <w:tcW w:w="864" w:type="dxa"/>
            <w:tcMar>
              <w:top w:w="100" w:type="dxa"/>
              <w:left w:w="150" w:type="dxa"/>
              <w:bottom w:w="100" w:type="dxa"/>
              <w:right w:w="150" w:type="dxa"/>
            </w:tcMar>
          </w:tcPr>
          <w:p w14:paraId="0598C5F7" w14:textId="77777777" w:rsidR="00687E56" w:rsidRPr="007C3236" w:rsidRDefault="00425CFA">
            <w:pPr>
              <w:jc w:val="center"/>
            </w:pPr>
            <w:r w:rsidRPr="007C3236">
              <w:rPr>
                <w:rFonts w:ascii="Times New Roman" w:hAnsi="Times New Roman"/>
                <w:sz w:val="20"/>
              </w:rPr>
              <w:t>12</w:t>
            </w:r>
          </w:p>
        </w:tc>
        <w:tc>
          <w:tcPr>
            <w:tcW w:w="3024" w:type="dxa"/>
            <w:tcMar>
              <w:top w:w="100" w:type="dxa"/>
              <w:left w:w="150" w:type="dxa"/>
              <w:bottom w:w="100" w:type="dxa"/>
              <w:right w:w="150" w:type="dxa"/>
            </w:tcMar>
          </w:tcPr>
          <w:p w14:paraId="50EF4DD3" w14:textId="77777777" w:rsidR="00687E56" w:rsidRPr="007C3236" w:rsidRDefault="00425CFA">
            <w:r w:rsidRPr="007C3236">
              <w:rPr>
                <w:rFonts w:ascii="Times New Roman" w:hAnsi="Times New Roman"/>
                <w:sz w:val="20"/>
              </w:rPr>
              <w:t>Kế hoạch số 73/KH-UBND</w:t>
            </w:r>
          </w:p>
        </w:tc>
        <w:tc>
          <w:tcPr>
            <w:tcW w:w="1728" w:type="dxa"/>
            <w:tcMar>
              <w:top w:w="100" w:type="dxa"/>
              <w:left w:w="150" w:type="dxa"/>
              <w:bottom w:w="100" w:type="dxa"/>
              <w:right w:w="150" w:type="dxa"/>
            </w:tcMar>
          </w:tcPr>
          <w:p w14:paraId="0789813B" w14:textId="77777777" w:rsidR="00687E56" w:rsidRPr="007C3236" w:rsidRDefault="00425CFA">
            <w:pPr>
              <w:jc w:val="center"/>
            </w:pPr>
            <w:r w:rsidRPr="007C3236">
              <w:rPr>
                <w:rFonts w:ascii="Times New Roman" w:hAnsi="Times New Roman"/>
                <w:sz w:val="20"/>
              </w:rPr>
              <w:t>20/02/2026</w:t>
            </w:r>
          </w:p>
        </w:tc>
        <w:tc>
          <w:tcPr>
            <w:tcW w:w="3744" w:type="dxa"/>
            <w:tcMar>
              <w:top w:w="100" w:type="dxa"/>
              <w:left w:w="150" w:type="dxa"/>
              <w:bottom w:w="100" w:type="dxa"/>
              <w:right w:w="150" w:type="dxa"/>
            </w:tcMar>
          </w:tcPr>
          <w:p w14:paraId="412F6549" w14:textId="77777777" w:rsidR="00687E56" w:rsidRPr="007C3236" w:rsidRDefault="00425CFA">
            <w:r w:rsidRPr="007C3236">
              <w:rPr>
                <w:rFonts w:ascii="Times New Roman" w:hAnsi="Times New Roman"/>
                <w:sz w:val="20"/>
              </w:rPr>
              <w:t>Triển khai Đề án 06 năm 2026 trên địa bàn Thành phố (nguyên tắc '6 rõ')</w:t>
            </w:r>
          </w:p>
        </w:tc>
      </w:tr>
      <w:tr w:rsidR="00687E56" w:rsidRPr="007C3236" w14:paraId="62183897" w14:textId="77777777">
        <w:trPr>
          <w:jc w:val="center"/>
        </w:trPr>
        <w:tc>
          <w:tcPr>
            <w:tcW w:w="864" w:type="dxa"/>
            <w:shd w:val="clear" w:color="auto" w:fill="F2F2F2"/>
            <w:tcMar>
              <w:top w:w="100" w:type="dxa"/>
              <w:left w:w="150" w:type="dxa"/>
              <w:bottom w:w="100" w:type="dxa"/>
              <w:right w:w="150" w:type="dxa"/>
            </w:tcMar>
          </w:tcPr>
          <w:p w14:paraId="03FAADA5" w14:textId="77777777" w:rsidR="00687E56" w:rsidRPr="007C3236" w:rsidRDefault="00425CFA">
            <w:pPr>
              <w:jc w:val="center"/>
            </w:pPr>
            <w:r w:rsidRPr="007C3236">
              <w:rPr>
                <w:rFonts w:ascii="Times New Roman" w:hAnsi="Times New Roman"/>
                <w:sz w:val="20"/>
              </w:rPr>
              <w:t>13</w:t>
            </w:r>
          </w:p>
        </w:tc>
        <w:tc>
          <w:tcPr>
            <w:tcW w:w="3024" w:type="dxa"/>
            <w:shd w:val="clear" w:color="auto" w:fill="F2F2F2"/>
            <w:tcMar>
              <w:top w:w="100" w:type="dxa"/>
              <w:left w:w="150" w:type="dxa"/>
              <w:bottom w:w="100" w:type="dxa"/>
              <w:right w:w="150" w:type="dxa"/>
            </w:tcMar>
          </w:tcPr>
          <w:p w14:paraId="42E4540E" w14:textId="77777777" w:rsidR="00687E56" w:rsidRPr="007C3236" w:rsidRDefault="00425CFA">
            <w:r w:rsidRPr="007C3236">
              <w:rPr>
                <w:rFonts w:ascii="Times New Roman" w:hAnsi="Times New Roman"/>
                <w:sz w:val="20"/>
              </w:rPr>
              <w:t>Kế hoạch số 127/KH-UBND</w:t>
            </w:r>
          </w:p>
        </w:tc>
        <w:tc>
          <w:tcPr>
            <w:tcW w:w="1728" w:type="dxa"/>
            <w:shd w:val="clear" w:color="auto" w:fill="F2F2F2"/>
            <w:tcMar>
              <w:top w:w="100" w:type="dxa"/>
              <w:left w:w="150" w:type="dxa"/>
              <w:bottom w:w="100" w:type="dxa"/>
              <w:right w:w="150" w:type="dxa"/>
            </w:tcMar>
          </w:tcPr>
          <w:p w14:paraId="4C797101" w14:textId="77777777" w:rsidR="00687E56" w:rsidRPr="007C3236" w:rsidRDefault="00425CFA">
            <w:pPr>
              <w:jc w:val="center"/>
            </w:pPr>
            <w:r w:rsidRPr="007C3236">
              <w:rPr>
                <w:rFonts w:ascii="Times New Roman" w:hAnsi="Times New Roman"/>
                <w:sz w:val="20"/>
              </w:rPr>
              <w:t>10/03/2026</w:t>
            </w:r>
          </w:p>
        </w:tc>
        <w:tc>
          <w:tcPr>
            <w:tcW w:w="3744" w:type="dxa"/>
            <w:shd w:val="clear" w:color="auto" w:fill="F2F2F2"/>
            <w:tcMar>
              <w:top w:w="100" w:type="dxa"/>
              <w:left w:w="150" w:type="dxa"/>
              <w:bottom w:w="100" w:type="dxa"/>
              <w:right w:w="150" w:type="dxa"/>
            </w:tcMar>
          </w:tcPr>
          <w:p w14:paraId="69F11DFC" w14:textId="77777777" w:rsidR="00687E56" w:rsidRPr="007C3236" w:rsidRDefault="00425CFA">
            <w:r w:rsidRPr="007C3236">
              <w:rPr>
                <w:rFonts w:ascii="Times New Roman" w:hAnsi="Times New Roman"/>
                <w:sz w:val="20"/>
              </w:rPr>
              <w:t>Thúc đẩy phát triển kinh tế số Thành phố năm 2026</w:t>
            </w:r>
          </w:p>
        </w:tc>
      </w:tr>
      <w:tr w:rsidR="00687E56" w:rsidRPr="007C3236" w14:paraId="5D4694CB" w14:textId="77777777">
        <w:trPr>
          <w:jc w:val="center"/>
        </w:trPr>
        <w:tc>
          <w:tcPr>
            <w:tcW w:w="864" w:type="dxa"/>
            <w:tcMar>
              <w:top w:w="100" w:type="dxa"/>
              <w:left w:w="150" w:type="dxa"/>
              <w:bottom w:w="100" w:type="dxa"/>
              <w:right w:w="150" w:type="dxa"/>
            </w:tcMar>
          </w:tcPr>
          <w:p w14:paraId="563FF636" w14:textId="77777777" w:rsidR="00687E56" w:rsidRPr="007C3236" w:rsidRDefault="00425CFA">
            <w:pPr>
              <w:jc w:val="center"/>
            </w:pPr>
            <w:r w:rsidRPr="007C3236">
              <w:rPr>
                <w:rFonts w:ascii="Times New Roman" w:hAnsi="Times New Roman"/>
                <w:sz w:val="20"/>
              </w:rPr>
              <w:t>14</w:t>
            </w:r>
          </w:p>
        </w:tc>
        <w:tc>
          <w:tcPr>
            <w:tcW w:w="3024" w:type="dxa"/>
            <w:tcMar>
              <w:top w:w="100" w:type="dxa"/>
              <w:left w:w="150" w:type="dxa"/>
              <w:bottom w:w="100" w:type="dxa"/>
              <w:right w:w="150" w:type="dxa"/>
            </w:tcMar>
          </w:tcPr>
          <w:p w14:paraId="6ED54B08" w14:textId="77777777" w:rsidR="00687E56" w:rsidRPr="007C3236" w:rsidRDefault="00425CFA">
            <w:r w:rsidRPr="007C3236">
              <w:rPr>
                <w:rFonts w:ascii="Times New Roman" w:hAnsi="Times New Roman"/>
                <w:sz w:val="20"/>
              </w:rPr>
              <w:t>Quyết định số 1281/QĐ-UBND</w:t>
            </w:r>
          </w:p>
        </w:tc>
        <w:tc>
          <w:tcPr>
            <w:tcW w:w="1728" w:type="dxa"/>
            <w:tcMar>
              <w:top w:w="100" w:type="dxa"/>
              <w:left w:w="150" w:type="dxa"/>
              <w:bottom w:w="100" w:type="dxa"/>
              <w:right w:w="150" w:type="dxa"/>
            </w:tcMar>
          </w:tcPr>
          <w:p w14:paraId="07AC74CF" w14:textId="77777777" w:rsidR="00687E56" w:rsidRPr="007C3236" w:rsidRDefault="00425CFA">
            <w:pPr>
              <w:jc w:val="center"/>
            </w:pPr>
            <w:r w:rsidRPr="007C3236">
              <w:rPr>
                <w:rFonts w:ascii="Times New Roman" w:hAnsi="Times New Roman"/>
                <w:sz w:val="20"/>
              </w:rPr>
              <w:t>15/04/2026</w:t>
            </w:r>
          </w:p>
        </w:tc>
        <w:tc>
          <w:tcPr>
            <w:tcW w:w="3744" w:type="dxa"/>
            <w:tcMar>
              <w:top w:w="100" w:type="dxa"/>
              <w:left w:w="150" w:type="dxa"/>
              <w:bottom w:w="100" w:type="dxa"/>
              <w:right w:w="150" w:type="dxa"/>
            </w:tcMar>
          </w:tcPr>
          <w:p w14:paraId="7E09E942" w14:textId="77777777" w:rsidR="00687E56" w:rsidRPr="007C3236" w:rsidRDefault="00425CFA">
            <w:r w:rsidRPr="007C3236">
              <w:rPr>
                <w:rFonts w:ascii="Times New Roman" w:hAnsi="Times New Roman"/>
                <w:sz w:val="20"/>
              </w:rPr>
              <w:t>Phê duyệt Chiến lược phát triển dữ liệu số Thành phố giai đoạn 2026 - 2030, tầm nhìn đến năm 2035</w:t>
            </w:r>
          </w:p>
        </w:tc>
      </w:tr>
      <w:tr w:rsidR="00687E56" w:rsidRPr="007C3236" w14:paraId="2F63C19C" w14:textId="77777777">
        <w:trPr>
          <w:jc w:val="center"/>
        </w:trPr>
        <w:tc>
          <w:tcPr>
            <w:tcW w:w="864" w:type="dxa"/>
            <w:shd w:val="clear" w:color="auto" w:fill="F2F2F2"/>
            <w:tcMar>
              <w:top w:w="100" w:type="dxa"/>
              <w:left w:w="150" w:type="dxa"/>
              <w:bottom w:w="100" w:type="dxa"/>
              <w:right w:w="150" w:type="dxa"/>
            </w:tcMar>
          </w:tcPr>
          <w:p w14:paraId="77C7077C" w14:textId="77777777" w:rsidR="00687E56" w:rsidRPr="007C3236" w:rsidRDefault="00425CFA">
            <w:pPr>
              <w:jc w:val="center"/>
            </w:pPr>
            <w:r w:rsidRPr="007C3236">
              <w:rPr>
                <w:rFonts w:ascii="Times New Roman" w:hAnsi="Times New Roman"/>
                <w:sz w:val="20"/>
              </w:rPr>
              <w:t>15</w:t>
            </w:r>
          </w:p>
        </w:tc>
        <w:tc>
          <w:tcPr>
            <w:tcW w:w="3024" w:type="dxa"/>
            <w:shd w:val="clear" w:color="auto" w:fill="F2F2F2"/>
            <w:tcMar>
              <w:top w:w="100" w:type="dxa"/>
              <w:left w:w="150" w:type="dxa"/>
              <w:bottom w:w="100" w:type="dxa"/>
              <w:right w:w="150" w:type="dxa"/>
            </w:tcMar>
          </w:tcPr>
          <w:p w14:paraId="297714C9" w14:textId="77777777" w:rsidR="00687E56" w:rsidRPr="007C3236" w:rsidRDefault="00425CFA">
            <w:r w:rsidRPr="007C3236">
              <w:rPr>
                <w:rFonts w:ascii="Times New Roman" w:hAnsi="Times New Roman"/>
                <w:sz w:val="20"/>
              </w:rPr>
              <w:t>Quyết định số 4714/QĐ-UBND</w:t>
            </w:r>
          </w:p>
        </w:tc>
        <w:tc>
          <w:tcPr>
            <w:tcW w:w="1728" w:type="dxa"/>
            <w:shd w:val="clear" w:color="auto" w:fill="F2F2F2"/>
            <w:tcMar>
              <w:top w:w="100" w:type="dxa"/>
              <w:left w:w="150" w:type="dxa"/>
              <w:bottom w:w="100" w:type="dxa"/>
              <w:right w:w="150" w:type="dxa"/>
            </w:tcMar>
          </w:tcPr>
          <w:p w14:paraId="58653CDB" w14:textId="77777777" w:rsidR="00687E56" w:rsidRPr="007C3236" w:rsidRDefault="00425CFA">
            <w:pPr>
              <w:jc w:val="center"/>
            </w:pPr>
            <w:r w:rsidRPr="007C3236">
              <w:rPr>
                <w:rFonts w:ascii="Times New Roman" w:hAnsi="Times New Roman"/>
                <w:sz w:val="20"/>
              </w:rPr>
              <w:t>29/07/2026</w:t>
            </w:r>
          </w:p>
        </w:tc>
        <w:tc>
          <w:tcPr>
            <w:tcW w:w="3744" w:type="dxa"/>
            <w:shd w:val="clear" w:color="auto" w:fill="F2F2F2"/>
            <w:tcMar>
              <w:top w:w="100" w:type="dxa"/>
              <w:left w:w="150" w:type="dxa"/>
              <w:bottom w:w="100" w:type="dxa"/>
              <w:right w:w="150" w:type="dxa"/>
            </w:tcMar>
          </w:tcPr>
          <w:p w14:paraId="3EDC9598" w14:textId="77777777" w:rsidR="00687E56" w:rsidRPr="007C3236" w:rsidRDefault="00425CFA">
            <w:r w:rsidRPr="007C3236">
              <w:rPr>
                <w:rFonts w:ascii="Times New Roman" w:hAnsi="Times New Roman"/>
                <w:sz w:val="20"/>
              </w:rPr>
              <w:t>Phê duyệt Đề án phát triển đô thị thông minh Thành phố giai đoạn 2026 - 2030, tầm nhìn đến năm 2045</w:t>
            </w:r>
          </w:p>
        </w:tc>
      </w:tr>
      <w:tr w:rsidR="00687E56" w:rsidRPr="007C3236" w14:paraId="02060F75" w14:textId="77777777">
        <w:trPr>
          <w:jc w:val="center"/>
        </w:trPr>
        <w:tc>
          <w:tcPr>
            <w:tcW w:w="864" w:type="dxa"/>
            <w:tcMar>
              <w:top w:w="100" w:type="dxa"/>
              <w:left w:w="150" w:type="dxa"/>
              <w:bottom w:w="100" w:type="dxa"/>
              <w:right w:w="150" w:type="dxa"/>
            </w:tcMar>
          </w:tcPr>
          <w:p w14:paraId="21074BE6" w14:textId="77777777" w:rsidR="00687E56" w:rsidRPr="007C3236" w:rsidRDefault="00425CFA">
            <w:pPr>
              <w:jc w:val="center"/>
            </w:pPr>
            <w:r w:rsidRPr="007C3236">
              <w:rPr>
                <w:rFonts w:ascii="Times New Roman" w:hAnsi="Times New Roman"/>
                <w:sz w:val="20"/>
              </w:rPr>
              <w:t>16</w:t>
            </w:r>
          </w:p>
        </w:tc>
        <w:tc>
          <w:tcPr>
            <w:tcW w:w="3024" w:type="dxa"/>
            <w:tcMar>
              <w:top w:w="100" w:type="dxa"/>
              <w:left w:w="150" w:type="dxa"/>
              <w:bottom w:w="100" w:type="dxa"/>
              <w:right w:w="150" w:type="dxa"/>
            </w:tcMar>
          </w:tcPr>
          <w:p w14:paraId="2FF7824F" w14:textId="77777777" w:rsidR="00687E56" w:rsidRPr="007C3236" w:rsidRDefault="00425CFA">
            <w:r w:rsidRPr="007C3236">
              <w:rPr>
                <w:rFonts w:ascii="Times New Roman" w:hAnsi="Times New Roman"/>
                <w:sz w:val="20"/>
              </w:rPr>
              <w:t>Kế hoạch số 191/KH-TBANM</w:t>
            </w:r>
          </w:p>
        </w:tc>
        <w:tc>
          <w:tcPr>
            <w:tcW w:w="1728" w:type="dxa"/>
            <w:tcMar>
              <w:top w:w="100" w:type="dxa"/>
              <w:left w:w="150" w:type="dxa"/>
              <w:bottom w:w="100" w:type="dxa"/>
              <w:right w:w="150" w:type="dxa"/>
            </w:tcMar>
          </w:tcPr>
          <w:p w14:paraId="454EDCAD" w14:textId="77777777" w:rsidR="00687E56" w:rsidRPr="007C3236" w:rsidRDefault="00425CFA">
            <w:pPr>
              <w:jc w:val="center"/>
            </w:pPr>
            <w:r w:rsidRPr="007C3236">
              <w:rPr>
                <w:rFonts w:ascii="Times New Roman" w:hAnsi="Times New Roman"/>
                <w:sz w:val="20"/>
              </w:rPr>
              <w:t>15/05/2026</w:t>
            </w:r>
          </w:p>
        </w:tc>
        <w:tc>
          <w:tcPr>
            <w:tcW w:w="3744" w:type="dxa"/>
            <w:tcMar>
              <w:top w:w="100" w:type="dxa"/>
              <w:left w:w="150" w:type="dxa"/>
              <w:bottom w:w="100" w:type="dxa"/>
              <w:right w:w="150" w:type="dxa"/>
            </w:tcMar>
          </w:tcPr>
          <w:p w14:paraId="7D74B9BA" w14:textId="77777777" w:rsidR="00687E56" w:rsidRPr="007C3236" w:rsidRDefault="00425CFA">
            <w:r w:rsidRPr="007C3236">
              <w:rPr>
                <w:rFonts w:ascii="Times New Roman" w:hAnsi="Times New Roman"/>
                <w:sz w:val="20"/>
              </w:rPr>
              <w:t>Kế hoạch Bảo đảm an ninh mạng trong toàn hệ thống chính trị Thành phố Hồ Chí Minh năm 2026</w:t>
            </w:r>
          </w:p>
        </w:tc>
      </w:tr>
      <w:tr w:rsidR="00687E56" w:rsidRPr="007C3236" w14:paraId="42E70663" w14:textId="77777777">
        <w:trPr>
          <w:jc w:val="center"/>
        </w:trPr>
        <w:tc>
          <w:tcPr>
            <w:tcW w:w="864" w:type="dxa"/>
            <w:shd w:val="clear" w:color="auto" w:fill="F2F2F2"/>
            <w:tcMar>
              <w:top w:w="100" w:type="dxa"/>
              <w:left w:w="150" w:type="dxa"/>
              <w:bottom w:w="100" w:type="dxa"/>
              <w:right w:w="150" w:type="dxa"/>
            </w:tcMar>
          </w:tcPr>
          <w:p w14:paraId="3D8BAAC9" w14:textId="77777777" w:rsidR="00687E56" w:rsidRPr="007C3236" w:rsidRDefault="00425CFA">
            <w:pPr>
              <w:jc w:val="center"/>
            </w:pPr>
            <w:r w:rsidRPr="007C3236">
              <w:rPr>
                <w:rFonts w:ascii="Times New Roman" w:hAnsi="Times New Roman"/>
                <w:sz w:val="20"/>
              </w:rPr>
              <w:lastRenderedPageBreak/>
              <w:t>17</w:t>
            </w:r>
          </w:p>
        </w:tc>
        <w:tc>
          <w:tcPr>
            <w:tcW w:w="3024" w:type="dxa"/>
            <w:shd w:val="clear" w:color="auto" w:fill="F2F2F2"/>
            <w:tcMar>
              <w:top w:w="100" w:type="dxa"/>
              <w:left w:w="150" w:type="dxa"/>
              <w:bottom w:w="100" w:type="dxa"/>
              <w:right w:w="150" w:type="dxa"/>
            </w:tcMar>
          </w:tcPr>
          <w:p w14:paraId="3223AC1A" w14:textId="77777777" w:rsidR="00687E56" w:rsidRPr="007C3236" w:rsidRDefault="00425CFA">
            <w:r w:rsidRPr="007C3236">
              <w:rPr>
                <w:rFonts w:ascii="Times New Roman" w:hAnsi="Times New Roman"/>
                <w:sz w:val="20"/>
              </w:rPr>
              <w:t>Kế hoạch số 34-KH/BCĐTP</w:t>
            </w:r>
          </w:p>
        </w:tc>
        <w:tc>
          <w:tcPr>
            <w:tcW w:w="1728" w:type="dxa"/>
            <w:shd w:val="clear" w:color="auto" w:fill="F2F2F2"/>
            <w:tcMar>
              <w:top w:w="100" w:type="dxa"/>
              <w:left w:w="150" w:type="dxa"/>
              <w:bottom w:w="100" w:type="dxa"/>
              <w:right w:w="150" w:type="dxa"/>
            </w:tcMar>
          </w:tcPr>
          <w:p w14:paraId="1D8E2C14" w14:textId="77777777" w:rsidR="00687E56" w:rsidRPr="007C3236" w:rsidRDefault="00425CFA">
            <w:pPr>
              <w:jc w:val="center"/>
            </w:pPr>
            <w:r w:rsidRPr="007C3236">
              <w:rPr>
                <w:rFonts w:ascii="Times New Roman" w:hAnsi="Times New Roman"/>
                <w:sz w:val="20"/>
              </w:rPr>
              <w:t>05/05/2026</w:t>
            </w:r>
          </w:p>
        </w:tc>
        <w:tc>
          <w:tcPr>
            <w:tcW w:w="3744" w:type="dxa"/>
            <w:shd w:val="clear" w:color="auto" w:fill="F2F2F2"/>
            <w:tcMar>
              <w:top w:w="100" w:type="dxa"/>
              <w:left w:w="150" w:type="dxa"/>
              <w:bottom w:w="100" w:type="dxa"/>
              <w:right w:w="150" w:type="dxa"/>
            </w:tcMar>
          </w:tcPr>
          <w:p w14:paraId="723DAB71" w14:textId="77777777" w:rsidR="00687E56" w:rsidRPr="007C3236" w:rsidRDefault="00425CFA">
            <w:r w:rsidRPr="007C3236">
              <w:rPr>
                <w:rFonts w:ascii="Times New Roman" w:hAnsi="Times New Roman"/>
                <w:sz w:val="20"/>
              </w:rPr>
              <w:t>Kế hoạch triển khai thực hiện bảo đảm an toàn, an ninh mạng và an toàn thông tin năm 2026</w:t>
            </w:r>
          </w:p>
        </w:tc>
      </w:tr>
    </w:tbl>
    <w:p w14:paraId="33ECD304" w14:textId="77777777" w:rsidR="00687E56" w:rsidRPr="007C3236" w:rsidRDefault="00687E56">
      <w:pPr>
        <w:spacing w:after="120"/>
      </w:pPr>
    </w:p>
    <w:p w14:paraId="1F680C22" w14:textId="5C4142E6" w:rsidR="00687E56" w:rsidRPr="007C3236" w:rsidRDefault="00425CFA">
      <w:pPr>
        <w:spacing w:before="280" w:after="120"/>
      </w:pPr>
      <w:r w:rsidRPr="007C3236">
        <w:rPr>
          <w:rFonts w:ascii="Times New Roman" w:hAnsi="Times New Roman"/>
          <w:b/>
          <w:color w:val="002060"/>
          <w:sz w:val="24"/>
        </w:rPr>
        <w:t xml:space="preserve">VI. </w:t>
      </w:r>
      <w:r w:rsidR="00A4331B">
        <w:rPr>
          <w:rFonts w:ascii="Times New Roman" w:hAnsi="Times New Roman"/>
          <w:b/>
          <w:color w:val="002060"/>
          <w:sz w:val="24"/>
        </w:rPr>
        <w:t xml:space="preserve">CÁC CƠ QUAN LIÊN QUAN </w:t>
      </w:r>
      <w:proofErr w:type="gramStart"/>
      <w:r w:rsidR="00A4331B">
        <w:rPr>
          <w:rFonts w:ascii="Times New Roman" w:hAnsi="Times New Roman"/>
          <w:b/>
          <w:color w:val="002060"/>
          <w:sz w:val="24"/>
        </w:rPr>
        <w:t xml:space="preserve">VÀ </w:t>
      </w:r>
      <w:r w:rsidRPr="007C3236">
        <w:rPr>
          <w:rFonts w:ascii="Times New Roman" w:hAnsi="Times New Roman"/>
          <w:b/>
          <w:color w:val="002060"/>
          <w:sz w:val="24"/>
        </w:rPr>
        <w:t xml:space="preserve"> ỦY</w:t>
      </w:r>
      <w:proofErr w:type="gramEnd"/>
      <w:r w:rsidRPr="007C3236">
        <w:rPr>
          <w:rFonts w:ascii="Times New Roman" w:hAnsi="Times New Roman"/>
          <w:b/>
          <w:color w:val="002060"/>
          <w:sz w:val="24"/>
        </w:rPr>
        <w:t xml:space="preserve"> BAN NHÂN DÂN PHƯỜNG THUẬN AN</w:t>
      </w:r>
    </w:p>
    <w:p w14:paraId="75A6395C" w14:textId="77777777" w:rsidR="00687E56" w:rsidRPr="007C3236" w:rsidRDefault="00425CFA">
      <w:pPr>
        <w:spacing w:after="120"/>
      </w:pPr>
      <w:r w:rsidRPr="007C3236">
        <w:rPr>
          <w:rFonts w:ascii="Times New Roman" w:hAnsi="Times New Roman"/>
          <w:i/>
          <w:color w:val="B46400"/>
          <w:sz w:val="21"/>
        </w:rPr>
        <w:t>*(Toàn bộ các văn bản dưới đây được bổ sung đầy đủ từ văn bản chỉ đạo tác nghiệp thực tế của phường Thuận An và Sở KH&amp;CN, giữ nguyên định dạng tô màu vàng để nổi bật)*</w:t>
      </w:r>
    </w:p>
    <w:tbl>
      <w:tblPr>
        <w:tblW w:w="0" w:type="auto"/>
        <w:jc w:val="center"/>
        <w:tblLayout w:type="fixed"/>
        <w:tblLook w:val="04A0" w:firstRow="1" w:lastRow="0" w:firstColumn="1" w:lastColumn="0" w:noHBand="0" w:noVBand="1"/>
      </w:tblPr>
      <w:tblGrid>
        <w:gridCol w:w="720"/>
        <w:gridCol w:w="2592"/>
        <w:gridCol w:w="1440"/>
        <w:gridCol w:w="2016"/>
        <w:gridCol w:w="2592"/>
      </w:tblGrid>
      <w:tr w:rsidR="00687E56" w:rsidRPr="007C3236" w14:paraId="4B84D017" w14:textId="77777777">
        <w:trPr>
          <w:jc w:val="center"/>
        </w:trPr>
        <w:tc>
          <w:tcPr>
            <w:tcW w:w="720" w:type="dxa"/>
            <w:shd w:val="clear" w:color="auto" w:fill="1F4E78"/>
            <w:tcMar>
              <w:top w:w="120" w:type="dxa"/>
              <w:left w:w="150" w:type="dxa"/>
              <w:bottom w:w="120" w:type="dxa"/>
              <w:right w:w="150" w:type="dxa"/>
            </w:tcMar>
          </w:tcPr>
          <w:p w14:paraId="04F3636E" w14:textId="77777777" w:rsidR="00687E56" w:rsidRPr="007C3236" w:rsidRDefault="00425CFA">
            <w:pPr>
              <w:jc w:val="center"/>
            </w:pPr>
            <w:r w:rsidRPr="007C3236">
              <w:rPr>
                <w:rFonts w:ascii="Times New Roman" w:hAnsi="Times New Roman"/>
                <w:b/>
                <w:color w:val="FFFFFF"/>
                <w:sz w:val="21"/>
              </w:rPr>
              <w:t>STT</w:t>
            </w:r>
          </w:p>
        </w:tc>
        <w:tc>
          <w:tcPr>
            <w:tcW w:w="2592" w:type="dxa"/>
            <w:shd w:val="clear" w:color="auto" w:fill="1F4E78"/>
            <w:tcMar>
              <w:top w:w="120" w:type="dxa"/>
              <w:left w:w="150" w:type="dxa"/>
              <w:bottom w:w="120" w:type="dxa"/>
              <w:right w:w="150" w:type="dxa"/>
            </w:tcMar>
          </w:tcPr>
          <w:p w14:paraId="083A20BF" w14:textId="77777777" w:rsidR="00687E56" w:rsidRPr="007C3236" w:rsidRDefault="00425CFA">
            <w:pPr>
              <w:jc w:val="center"/>
            </w:pPr>
            <w:r w:rsidRPr="007C3236">
              <w:rPr>
                <w:rFonts w:ascii="Times New Roman" w:hAnsi="Times New Roman"/>
                <w:b/>
                <w:color w:val="FFFFFF"/>
                <w:sz w:val="21"/>
              </w:rPr>
              <w:t>Số, ký hiệu</w:t>
            </w:r>
          </w:p>
        </w:tc>
        <w:tc>
          <w:tcPr>
            <w:tcW w:w="1440" w:type="dxa"/>
            <w:shd w:val="clear" w:color="auto" w:fill="1F4E78"/>
            <w:tcMar>
              <w:top w:w="120" w:type="dxa"/>
              <w:left w:w="150" w:type="dxa"/>
              <w:bottom w:w="120" w:type="dxa"/>
              <w:right w:w="150" w:type="dxa"/>
            </w:tcMar>
          </w:tcPr>
          <w:p w14:paraId="3906F230" w14:textId="77777777" w:rsidR="00687E56" w:rsidRPr="007C3236" w:rsidRDefault="00425CFA">
            <w:pPr>
              <w:jc w:val="center"/>
            </w:pPr>
            <w:r w:rsidRPr="007C3236">
              <w:rPr>
                <w:rFonts w:ascii="Times New Roman" w:hAnsi="Times New Roman"/>
                <w:b/>
                <w:color w:val="FFFFFF"/>
                <w:sz w:val="21"/>
              </w:rPr>
              <w:t>Ngày ban hành</w:t>
            </w:r>
          </w:p>
        </w:tc>
        <w:tc>
          <w:tcPr>
            <w:tcW w:w="2016" w:type="dxa"/>
            <w:shd w:val="clear" w:color="auto" w:fill="1F4E78"/>
            <w:tcMar>
              <w:top w:w="120" w:type="dxa"/>
              <w:left w:w="150" w:type="dxa"/>
              <w:bottom w:w="120" w:type="dxa"/>
              <w:right w:w="150" w:type="dxa"/>
            </w:tcMar>
          </w:tcPr>
          <w:p w14:paraId="5A85FB1F" w14:textId="77777777" w:rsidR="00687E56" w:rsidRPr="007C3236" w:rsidRDefault="00425CFA">
            <w:pPr>
              <w:jc w:val="center"/>
            </w:pPr>
            <w:r w:rsidRPr="007C3236">
              <w:rPr>
                <w:rFonts w:ascii="Times New Roman" w:hAnsi="Times New Roman"/>
                <w:b/>
                <w:color w:val="FFFFFF"/>
                <w:sz w:val="21"/>
              </w:rPr>
              <w:t>Đơn vị phát hành</w:t>
            </w:r>
          </w:p>
        </w:tc>
        <w:tc>
          <w:tcPr>
            <w:tcW w:w="2592" w:type="dxa"/>
            <w:shd w:val="clear" w:color="auto" w:fill="1F4E78"/>
            <w:tcMar>
              <w:top w:w="120" w:type="dxa"/>
              <w:left w:w="150" w:type="dxa"/>
              <w:bottom w:w="120" w:type="dxa"/>
              <w:right w:w="150" w:type="dxa"/>
            </w:tcMar>
          </w:tcPr>
          <w:p w14:paraId="60FFAC60" w14:textId="77777777" w:rsidR="00687E56" w:rsidRPr="007C3236" w:rsidRDefault="00425CFA">
            <w:pPr>
              <w:jc w:val="center"/>
            </w:pPr>
            <w:r w:rsidRPr="007C3236">
              <w:rPr>
                <w:rFonts w:ascii="Times New Roman" w:hAnsi="Times New Roman"/>
                <w:b/>
                <w:color w:val="FFFFFF"/>
                <w:sz w:val="21"/>
              </w:rPr>
              <w:t>Trích yếu nội dung</w:t>
            </w:r>
          </w:p>
        </w:tc>
      </w:tr>
      <w:tr w:rsidR="00687E56" w:rsidRPr="007C3236" w14:paraId="2E3AF24F" w14:textId="77777777">
        <w:trPr>
          <w:jc w:val="center"/>
        </w:trPr>
        <w:tc>
          <w:tcPr>
            <w:tcW w:w="720" w:type="dxa"/>
            <w:shd w:val="clear" w:color="auto" w:fill="FFFF00"/>
            <w:tcMar>
              <w:top w:w="100" w:type="dxa"/>
              <w:left w:w="150" w:type="dxa"/>
              <w:bottom w:w="100" w:type="dxa"/>
              <w:right w:w="150" w:type="dxa"/>
            </w:tcMar>
          </w:tcPr>
          <w:p w14:paraId="412FEDCE" w14:textId="77777777" w:rsidR="00687E56" w:rsidRPr="007C3236" w:rsidRDefault="00425CFA">
            <w:pPr>
              <w:jc w:val="center"/>
            </w:pPr>
            <w:r w:rsidRPr="007C3236">
              <w:rPr>
                <w:rFonts w:ascii="Times New Roman" w:hAnsi="Times New Roman"/>
                <w:b/>
                <w:sz w:val="20"/>
              </w:rPr>
              <w:t>1</w:t>
            </w:r>
          </w:p>
        </w:tc>
        <w:tc>
          <w:tcPr>
            <w:tcW w:w="2592" w:type="dxa"/>
            <w:shd w:val="clear" w:color="auto" w:fill="FFFF00"/>
            <w:tcMar>
              <w:top w:w="100" w:type="dxa"/>
              <w:left w:w="150" w:type="dxa"/>
              <w:bottom w:w="100" w:type="dxa"/>
              <w:right w:w="150" w:type="dxa"/>
            </w:tcMar>
          </w:tcPr>
          <w:p w14:paraId="66C2BD71" w14:textId="77777777" w:rsidR="00687E56" w:rsidRPr="007C3236" w:rsidRDefault="00425CFA">
            <w:r w:rsidRPr="007C3236">
              <w:rPr>
                <w:rFonts w:ascii="Times New Roman" w:hAnsi="Times New Roman"/>
                <w:b/>
                <w:sz w:val="20"/>
              </w:rPr>
              <w:t>Công văn số 7079/SKHCN-CĐS</w:t>
            </w:r>
          </w:p>
        </w:tc>
        <w:tc>
          <w:tcPr>
            <w:tcW w:w="1440" w:type="dxa"/>
            <w:shd w:val="clear" w:color="auto" w:fill="FFFF00"/>
            <w:tcMar>
              <w:top w:w="100" w:type="dxa"/>
              <w:left w:w="150" w:type="dxa"/>
              <w:bottom w:w="100" w:type="dxa"/>
              <w:right w:w="150" w:type="dxa"/>
            </w:tcMar>
          </w:tcPr>
          <w:p w14:paraId="57EA8E70" w14:textId="77777777" w:rsidR="00687E56" w:rsidRPr="007C3236" w:rsidRDefault="00425CFA">
            <w:pPr>
              <w:jc w:val="center"/>
            </w:pPr>
            <w:r w:rsidRPr="007C3236">
              <w:rPr>
                <w:rFonts w:ascii="Times New Roman" w:hAnsi="Times New Roman"/>
                <w:sz w:val="20"/>
              </w:rPr>
              <w:t>22/07/2026</w:t>
            </w:r>
          </w:p>
        </w:tc>
        <w:tc>
          <w:tcPr>
            <w:tcW w:w="2016" w:type="dxa"/>
            <w:shd w:val="clear" w:color="auto" w:fill="FFFF00"/>
            <w:tcMar>
              <w:top w:w="100" w:type="dxa"/>
              <w:left w:w="150" w:type="dxa"/>
              <w:bottom w:w="100" w:type="dxa"/>
              <w:right w:w="150" w:type="dxa"/>
            </w:tcMar>
          </w:tcPr>
          <w:p w14:paraId="5C67383A" w14:textId="77777777" w:rsidR="00687E56" w:rsidRPr="007C3236" w:rsidRDefault="00425CFA">
            <w:r w:rsidRPr="007C3236">
              <w:rPr>
                <w:rFonts w:ascii="Times New Roman" w:hAnsi="Times New Roman"/>
                <w:sz w:val="20"/>
              </w:rPr>
              <w:t>Sở Khoa học &amp; Công nghệ TP.HCM</w:t>
            </w:r>
          </w:p>
        </w:tc>
        <w:tc>
          <w:tcPr>
            <w:tcW w:w="2592" w:type="dxa"/>
            <w:shd w:val="clear" w:color="auto" w:fill="FFFF00"/>
            <w:tcMar>
              <w:top w:w="100" w:type="dxa"/>
              <w:left w:w="150" w:type="dxa"/>
              <w:bottom w:w="100" w:type="dxa"/>
              <w:right w:w="150" w:type="dxa"/>
            </w:tcMar>
          </w:tcPr>
          <w:p w14:paraId="7EE4E53B" w14:textId="77777777" w:rsidR="00687E56" w:rsidRPr="007C3236" w:rsidRDefault="00425CFA">
            <w:r w:rsidRPr="007C3236">
              <w:rPr>
                <w:rFonts w:ascii="Times New Roman" w:hAnsi="Times New Roman"/>
                <w:sz w:val="20"/>
              </w:rPr>
              <w:t>V/v hướng dẫn cung cấp tài liệu kiểm chứng và định kỳ hàng tháng đánh giá chấm điểm Chỉ số chuyển đổi số (DTI) năm 2026 qua Hệ thống DTI Thành phố.</w:t>
            </w:r>
          </w:p>
        </w:tc>
      </w:tr>
      <w:tr w:rsidR="00687E56" w:rsidRPr="007C3236" w14:paraId="77CF4EEE" w14:textId="77777777">
        <w:trPr>
          <w:jc w:val="center"/>
        </w:trPr>
        <w:tc>
          <w:tcPr>
            <w:tcW w:w="720" w:type="dxa"/>
            <w:shd w:val="clear" w:color="auto" w:fill="FFFF00"/>
            <w:tcMar>
              <w:top w:w="100" w:type="dxa"/>
              <w:left w:w="150" w:type="dxa"/>
              <w:bottom w:w="100" w:type="dxa"/>
              <w:right w:w="150" w:type="dxa"/>
            </w:tcMar>
          </w:tcPr>
          <w:p w14:paraId="266E8D81" w14:textId="77777777" w:rsidR="00687E56" w:rsidRPr="007C3236" w:rsidRDefault="00425CFA">
            <w:pPr>
              <w:jc w:val="center"/>
            </w:pPr>
            <w:r w:rsidRPr="007C3236">
              <w:rPr>
                <w:rFonts w:ascii="Times New Roman" w:hAnsi="Times New Roman"/>
                <w:b/>
                <w:sz w:val="20"/>
              </w:rPr>
              <w:t>2</w:t>
            </w:r>
          </w:p>
        </w:tc>
        <w:tc>
          <w:tcPr>
            <w:tcW w:w="2592" w:type="dxa"/>
            <w:shd w:val="clear" w:color="auto" w:fill="FFFF00"/>
            <w:tcMar>
              <w:top w:w="100" w:type="dxa"/>
              <w:left w:w="150" w:type="dxa"/>
              <w:bottom w:w="100" w:type="dxa"/>
              <w:right w:w="150" w:type="dxa"/>
            </w:tcMar>
          </w:tcPr>
          <w:p w14:paraId="7A37484E" w14:textId="77777777" w:rsidR="00687E56" w:rsidRPr="007C3236" w:rsidRDefault="00425CFA">
            <w:r w:rsidRPr="007C3236">
              <w:rPr>
                <w:rFonts w:ascii="Times New Roman" w:hAnsi="Times New Roman"/>
                <w:b/>
                <w:sz w:val="20"/>
              </w:rPr>
              <w:t>Công văn số 2309/UBND-VX</w:t>
            </w:r>
          </w:p>
        </w:tc>
        <w:tc>
          <w:tcPr>
            <w:tcW w:w="1440" w:type="dxa"/>
            <w:shd w:val="clear" w:color="auto" w:fill="FFFF00"/>
            <w:tcMar>
              <w:top w:w="100" w:type="dxa"/>
              <w:left w:w="150" w:type="dxa"/>
              <w:bottom w:w="100" w:type="dxa"/>
              <w:right w:w="150" w:type="dxa"/>
            </w:tcMar>
          </w:tcPr>
          <w:p w14:paraId="35DDCC40" w14:textId="77777777" w:rsidR="00687E56" w:rsidRPr="007C3236" w:rsidRDefault="00425CFA">
            <w:pPr>
              <w:jc w:val="center"/>
            </w:pPr>
            <w:r w:rsidRPr="007C3236">
              <w:rPr>
                <w:rFonts w:ascii="Times New Roman" w:hAnsi="Times New Roman"/>
                <w:sz w:val="20"/>
              </w:rPr>
              <w:t>03/07/2026</w:t>
            </w:r>
          </w:p>
        </w:tc>
        <w:tc>
          <w:tcPr>
            <w:tcW w:w="2016" w:type="dxa"/>
            <w:shd w:val="clear" w:color="auto" w:fill="FFFF00"/>
            <w:tcMar>
              <w:top w:w="100" w:type="dxa"/>
              <w:left w:w="150" w:type="dxa"/>
              <w:bottom w:w="100" w:type="dxa"/>
              <w:right w:w="150" w:type="dxa"/>
            </w:tcMar>
          </w:tcPr>
          <w:p w14:paraId="18F18D17" w14:textId="77777777" w:rsidR="00687E56" w:rsidRPr="007C3236" w:rsidRDefault="00425CFA">
            <w:r w:rsidRPr="007C3236">
              <w:rPr>
                <w:rFonts w:ascii="Times New Roman" w:hAnsi="Times New Roman"/>
                <w:sz w:val="20"/>
              </w:rPr>
              <w:t>UBND phường Thuận An</w:t>
            </w:r>
          </w:p>
        </w:tc>
        <w:tc>
          <w:tcPr>
            <w:tcW w:w="2592" w:type="dxa"/>
            <w:shd w:val="clear" w:color="auto" w:fill="FFFF00"/>
            <w:tcMar>
              <w:top w:w="100" w:type="dxa"/>
              <w:left w:w="150" w:type="dxa"/>
              <w:bottom w:w="100" w:type="dxa"/>
              <w:right w:w="150" w:type="dxa"/>
            </w:tcMar>
          </w:tcPr>
          <w:p w14:paraId="05BE7D08" w14:textId="77777777" w:rsidR="00687E56" w:rsidRPr="007C3236" w:rsidRDefault="00425CFA">
            <w:r w:rsidRPr="007C3236">
              <w:rPr>
                <w:rFonts w:ascii="Times New Roman" w:hAnsi="Times New Roman"/>
                <w:sz w:val="20"/>
              </w:rPr>
              <w:t>V/v rà soát, điều chỉnh và bổ sung 07 chỉ tiêu CCHC cốt lõi tại Kế hoạch CCHC số 99/KH-UBND căn cứ Biên bản kiểm tra 1568/BB-ĐKT và Quyết định 3888/QĐ-UBND.</w:t>
            </w:r>
          </w:p>
        </w:tc>
      </w:tr>
      <w:tr w:rsidR="00687E56" w:rsidRPr="007C3236" w14:paraId="42FEE7E4" w14:textId="77777777">
        <w:trPr>
          <w:jc w:val="center"/>
        </w:trPr>
        <w:tc>
          <w:tcPr>
            <w:tcW w:w="720" w:type="dxa"/>
            <w:shd w:val="clear" w:color="auto" w:fill="FFFF00"/>
            <w:tcMar>
              <w:top w:w="100" w:type="dxa"/>
              <w:left w:w="150" w:type="dxa"/>
              <w:bottom w:w="100" w:type="dxa"/>
              <w:right w:w="150" w:type="dxa"/>
            </w:tcMar>
          </w:tcPr>
          <w:p w14:paraId="6713F50C" w14:textId="77777777" w:rsidR="00687E56" w:rsidRPr="007C3236" w:rsidRDefault="00425CFA">
            <w:pPr>
              <w:jc w:val="center"/>
            </w:pPr>
            <w:r w:rsidRPr="007C3236">
              <w:rPr>
                <w:rFonts w:ascii="Times New Roman" w:hAnsi="Times New Roman"/>
                <w:b/>
                <w:sz w:val="20"/>
              </w:rPr>
              <w:t>3</w:t>
            </w:r>
          </w:p>
        </w:tc>
        <w:tc>
          <w:tcPr>
            <w:tcW w:w="2592" w:type="dxa"/>
            <w:shd w:val="clear" w:color="auto" w:fill="FFFF00"/>
            <w:tcMar>
              <w:top w:w="100" w:type="dxa"/>
              <w:left w:w="150" w:type="dxa"/>
              <w:bottom w:w="100" w:type="dxa"/>
              <w:right w:w="150" w:type="dxa"/>
            </w:tcMar>
          </w:tcPr>
          <w:p w14:paraId="03ACBF7B" w14:textId="77777777" w:rsidR="00687E56" w:rsidRPr="007C3236" w:rsidRDefault="00425CFA">
            <w:r w:rsidRPr="007C3236">
              <w:rPr>
                <w:rFonts w:ascii="Times New Roman" w:hAnsi="Times New Roman"/>
                <w:b/>
                <w:sz w:val="20"/>
              </w:rPr>
              <w:t>Kế hoạch số 99/KH-UBND</w:t>
            </w:r>
          </w:p>
        </w:tc>
        <w:tc>
          <w:tcPr>
            <w:tcW w:w="1440" w:type="dxa"/>
            <w:shd w:val="clear" w:color="auto" w:fill="FFFF00"/>
            <w:tcMar>
              <w:top w:w="100" w:type="dxa"/>
              <w:left w:w="150" w:type="dxa"/>
              <w:bottom w:w="100" w:type="dxa"/>
              <w:right w:w="150" w:type="dxa"/>
            </w:tcMar>
          </w:tcPr>
          <w:p w14:paraId="153A774D" w14:textId="77777777" w:rsidR="00687E56" w:rsidRPr="007C3236" w:rsidRDefault="00425CFA">
            <w:pPr>
              <w:jc w:val="center"/>
            </w:pPr>
            <w:r w:rsidRPr="007C3236">
              <w:rPr>
                <w:rFonts w:ascii="Times New Roman" w:hAnsi="Times New Roman"/>
                <w:sz w:val="20"/>
              </w:rPr>
              <w:t>15/01/2026</w:t>
            </w:r>
          </w:p>
        </w:tc>
        <w:tc>
          <w:tcPr>
            <w:tcW w:w="2016" w:type="dxa"/>
            <w:shd w:val="clear" w:color="auto" w:fill="FFFF00"/>
            <w:tcMar>
              <w:top w:w="100" w:type="dxa"/>
              <w:left w:w="150" w:type="dxa"/>
              <w:bottom w:w="100" w:type="dxa"/>
              <w:right w:w="150" w:type="dxa"/>
            </w:tcMar>
          </w:tcPr>
          <w:p w14:paraId="7EFF7F7D" w14:textId="77777777" w:rsidR="00687E56" w:rsidRPr="007C3236" w:rsidRDefault="00425CFA">
            <w:r w:rsidRPr="007C3236">
              <w:rPr>
                <w:rFonts w:ascii="Times New Roman" w:hAnsi="Times New Roman"/>
                <w:sz w:val="20"/>
              </w:rPr>
              <w:t>UBND phường Thuận An</w:t>
            </w:r>
          </w:p>
        </w:tc>
        <w:tc>
          <w:tcPr>
            <w:tcW w:w="2592" w:type="dxa"/>
            <w:shd w:val="clear" w:color="auto" w:fill="FFFF00"/>
            <w:tcMar>
              <w:top w:w="100" w:type="dxa"/>
              <w:left w:w="150" w:type="dxa"/>
              <w:bottom w:w="100" w:type="dxa"/>
              <w:right w:w="150" w:type="dxa"/>
            </w:tcMar>
          </w:tcPr>
          <w:p w14:paraId="2ACAD94B" w14:textId="77777777" w:rsidR="00687E56" w:rsidRPr="007C3236" w:rsidRDefault="00425CFA">
            <w:r w:rsidRPr="007C3236">
              <w:rPr>
                <w:rFonts w:ascii="Times New Roman" w:hAnsi="Times New Roman"/>
                <w:sz w:val="20"/>
              </w:rPr>
              <w:t>Kế hoạch thực hiện công tác cải cách hành chính năm 2026 trên địa bàn phường Thuận An.</w:t>
            </w:r>
          </w:p>
        </w:tc>
      </w:tr>
      <w:tr w:rsidR="00687E56" w:rsidRPr="007C3236" w14:paraId="196DEDBF" w14:textId="77777777">
        <w:trPr>
          <w:jc w:val="center"/>
        </w:trPr>
        <w:tc>
          <w:tcPr>
            <w:tcW w:w="720" w:type="dxa"/>
            <w:shd w:val="clear" w:color="auto" w:fill="FFFF00"/>
            <w:tcMar>
              <w:top w:w="100" w:type="dxa"/>
              <w:left w:w="150" w:type="dxa"/>
              <w:bottom w:w="100" w:type="dxa"/>
              <w:right w:w="150" w:type="dxa"/>
            </w:tcMar>
          </w:tcPr>
          <w:p w14:paraId="4812E0E8" w14:textId="77777777" w:rsidR="00687E56" w:rsidRPr="007C3236" w:rsidRDefault="00425CFA">
            <w:pPr>
              <w:jc w:val="center"/>
            </w:pPr>
            <w:r w:rsidRPr="007C3236">
              <w:rPr>
                <w:rFonts w:ascii="Times New Roman" w:hAnsi="Times New Roman"/>
                <w:b/>
                <w:sz w:val="20"/>
              </w:rPr>
              <w:t>4</w:t>
            </w:r>
          </w:p>
        </w:tc>
        <w:tc>
          <w:tcPr>
            <w:tcW w:w="2592" w:type="dxa"/>
            <w:shd w:val="clear" w:color="auto" w:fill="FFFF00"/>
            <w:tcMar>
              <w:top w:w="100" w:type="dxa"/>
              <w:left w:w="150" w:type="dxa"/>
              <w:bottom w:w="100" w:type="dxa"/>
              <w:right w:w="150" w:type="dxa"/>
            </w:tcMar>
          </w:tcPr>
          <w:p w14:paraId="174AFE46" w14:textId="77777777" w:rsidR="00687E56" w:rsidRPr="007C3236" w:rsidRDefault="00425CFA">
            <w:r w:rsidRPr="007C3236">
              <w:rPr>
                <w:rFonts w:ascii="Times New Roman" w:hAnsi="Times New Roman"/>
                <w:b/>
                <w:sz w:val="20"/>
              </w:rPr>
              <w:t>Công văn số 2725/UBND-VX</w:t>
            </w:r>
          </w:p>
        </w:tc>
        <w:tc>
          <w:tcPr>
            <w:tcW w:w="1440" w:type="dxa"/>
            <w:shd w:val="clear" w:color="auto" w:fill="FFFF00"/>
            <w:tcMar>
              <w:top w:w="100" w:type="dxa"/>
              <w:left w:w="150" w:type="dxa"/>
              <w:bottom w:w="100" w:type="dxa"/>
              <w:right w:w="150" w:type="dxa"/>
            </w:tcMar>
          </w:tcPr>
          <w:p w14:paraId="33097CAD" w14:textId="77777777" w:rsidR="00687E56" w:rsidRPr="007C3236" w:rsidRDefault="00425CFA">
            <w:pPr>
              <w:jc w:val="center"/>
            </w:pPr>
            <w:r w:rsidRPr="007C3236">
              <w:rPr>
                <w:rFonts w:ascii="Times New Roman" w:hAnsi="Times New Roman"/>
                <w:sz w:val="20"/>
              </w:rPr>
              <w:t>28/07/2026</w:t>
            </w:r>
          </w:p>
        </w:tc>
        <w:tc>
          <w:tcPr>
            <w:tcW w:w="2016" w:type="dxa"/>
            <w:shd w:val="clear" w:color="auto" w:fill="FFFF00"/>
            <w:tcMar>
              <w:top w:w="100" w:type="dxa"/>
              <w:left w:w="150" w:type="dxa"/>
              <w:bottom w:w="100" w:type="dxa"/>
              <w:right w:w="150" w:type="dxa"/>
            </w:tcMar>
          </w:tcPr>
          <w:p w14:paraId="0E00CA00" w14:textId="77777777" w:rsidR="00687E56" w:rsidRPr="007C3236" w:rsidRDefault="00425CFA">
            <w:r w:rsidRPr="007C3236">
              <w:rPr>
                <w:rFonts w:ascii="Times New Roman" w:hAnsi="Times New Roman"/>
                <w:sz w:val="20"/>
              </w:rPr>
              <w:t>UBND phường Thuận An</w:t>
            </w:r>
          </w:p>
        </w:tc>
        <w:tc>
          <w:tcPr>
            <w:tcW w:w="2592" w:type="dxa"/>
            <w:shd w:val="clear" w:color="auto" w:fill="FFFF00"/>
            <w:tcMar>
              <w:top w:w="100" w:type="dxa"/>
              <w:left w:w="150" w:type="dxa"/>
              <w:bottom w:w="100" w:type="dxa"/>
              <w:right w:w="150" w:type="dxa"/>
            </w:tcMar>
          </w:tcPr>
          <w:p w14:paraId="4F520A9C" w14:textId="77777777" w:rsidR="00687E56" w:rsidRPr="007C3236" w:rsidRDefault="00425CFA">
            <w:r w:rsidRPr="007C3236">
              <w:rPr>
                <w:rFonts w:ascii="Times New Roman" w:hAnsi="Times New Roman"/>
                <w:sz w:val="20"/>
              </w:rPr>
              <w:t>V/v hướng dẫn cung cấp tài liệu kiểm chứng và định kỳ hàng tháng đánh giá chấm điểm Chỉ số chuyển đổi số (DTI) năm 2026.</w:t>
            </w:r>
          </w:p>
        </w:tc>
      </w:tr>
      <w:tr w:rsidR="00687E56" w:rsidRPr="007C3236" w14:paraId="736BA490" w14:textId="77777777">
        <w:trPr>
          <w:jc w:val="center"/>
        </w:trPr>
        <w:tc>
          <w:tcPr>
            <w:tcW w:w="720" w:type="dxa"/>
            <w:shd w:val="clear" w:color="auto" w:fill="FFFF00"/>
            <w:tcMar>
              <w:top w:w="100" w:type="dxa"/>
              <w:left w:w="150" w:type="dxa"/>
              <w:bottom w:w="100" w:type="dxa"/>
              <w:right w:w="150" w:type="dxa"/>
            </w:tcMar>
          </w:tcPr>
          <w:p w14:paraId="29468185" w14:textId="77777777" w:rsidR="00687E56" w:rsidRPr="007C3236" w:rsidRDefault="00425CFA">
            <w:pPr>
              <w:jc w:val="center"/>
            </w:pPr>
            <w:r w:rsidRPr="007C3236">
              <w:rPr>
                <w:rFonts w:ascii="Times New Roman" w:hAnsi="Times New Roman"/>
                <w:b/>
                <w:sz w:val="20"/>
              </w:rPr>
              <w:t>5</w:t>
            </w:r>
          </w:p>
        </w:tc>
        <w:tc>
          <w:tcPr>
            <w:tcW w:w="2592" w:type="dxa"/>
            <w:shd w:val="clear" w:color="auto" w:fill="FFFF00"/>
            <w:tcMar>
              <w:top w:w="100" w:type="dxa"/>
              <w:left w:w="150" w:type="dxa"/>
              <w:bottom w:w="100" w:type="dxa"/>
              <w:right w:w="150" w:type="dxa"/>
            </w:tcMar>
          </w:tcPr>
          <w:p w14:paraId="10E38996" w14:textId="77777777" w:rsidR="00687E56" w:rsidRPr="007C3236" w:rsidRDefault="00425CFA">
            <w:r w:rsidRPr="007C3236">
              <w:rPr>
                <w:rFonts w:ascii="Times New Roman" w:hAnsi="Times New Roman"/>
                <w:b/>
                <w:sz w:val="20"/>
              </w:rPr>
              <w:t>Chương trình phối hợp 1381/CTr-UBND-MTTQ</w:t>
            </w:r>
          </w:p>
        </w:tc>
        <w:tc>
          <w:tcPr>
            <w:tcW w:w="1440" w:type="dxa"/>
            <w:shd w:val="clear" w:color="auto" w:fill="FFFF00"/>
            <w:tcMar>
              <w:top w:w="100" w:type="dxa"/>
              <w:left w:w="150" w:type="dxa"/>
              <w:bottom w:w="100" w:type="dxa"/>
              <w:right w:w="150" w:type="dxa"/>
            </w:tcMar>
          </w:tcPr>
          <w:p w14:paraId="0421F0CD" w14:textId="77777777" w:rsidR="00687E56" w:rsidRPr="007C3236" w:rsidRDefault="00425CFA">
            <w:pPr>
              <w:jc w:val="center"/>
            </w:pPr>
            <w:r w:rsidRPr="007C3236">
              <w:rPr>
                <w:rFonts w:ascii="Times New Roman" w:hAnsi="Times New Roman"/>
                <w:sz w:val="20"/>
              </w:rPr>
              <w:t>29/04/2026</w:t>
            </w:r>
          </w:p>
        </w:tc>
        <w:tc>
          <w:tcPr>
            <w:tcW w:w="2016" w:type="dxa"/>
            <w:shd w:val="clear" w:color="auto" w:fill="FFFF00"/>
            <w:tcMar>
              <w:top w:w="100" w:type="dxa"/>
              <w:left w:w="150" w:type="dxa"/>
              <w:bottom w:w="100" w:type="dxa"/>
              <w:right w:w="150" w:type="dxa"/>
            </w:tcMar>
          </w:tcPr>
          <w:p w14:paraId="251F8985" w14:textId="77777777" w:rsidR="00687E56" w:rsidRPr="007C3236" w:rsidRDefault="00425CFA">
            <w:r w:rsidRPr="007C3236">
              <w:rPr>
                <w:rFonts w:ascii="Times New Roman" w:hAnsi="Times New Roman"/>
                <w:sz w:val="20"/>
              </w:rPr>
              <w:t>UBND &amp; UB MTTQVN phường</w:t>
            </w:r>
          </w:p>
        </w:tc>
        <w:tc>
          <w:tcPr>
            <w:tcW w:w="2592" w:type="dxa"/>
            <w:shd w:val="clear" w:color="auto" w:fill="FFFF00"/>
            <w:tcMar>
              <w:top w:w="100" w:type="dxa"/>
              <w:left w:w="150" w:type="dxa"/>
              <w:bottom w:w="100" w:type="dxa"/>
              <w:right w:w="150" w:type="dxa"/>
            </w:tcMar>
          </w:tcPr>
          <w:p w14:paraId="45EB6AC3" w14:textId="77777777" w:rsidR="00687E56" w:rsidRPr="007C3236" w:rsidRDefault="00425CFA">
            <w:r w:rsidRPr="007C3236">
              <w:rPr>
                <w:rFonts w:ascii="Times New Roman" w:hAnsi="Times New Roman"/>
                <w:sz w:val="20"/>
              </w:rPr>
              <w:t xml:space="preserve">Chương trình phối hợp thực hiện hiệu quả phong trào 'Bình dân học vụ số' năm 2026 giữa UBND và Ủy ban </w:t>
            </w:r>
            <w:r w:rsidRPr="007C3236">
              <w:rPr>
                <w:rFonts w:ascii="Times New Roman" w:hAnsi="Times New Roman"/>
                <w:sz w:val="20"/>
              </w:rPr>
              <w:lastRenderedPageBreak/>
              <w:t>Mặt trận Tổ quốc Việt Nam phường Thuận An.</w:t>
            </w:r>
          </w:p>
        </w:tc>
      </w:tr>
      <w:tr w:rsidR="00687E56" w:rsidRPr="007C3236" w14:paraId="3AF8BCB9" w14:textId="77777777">
        <w:trPr>
          <w:jc w:val="center"/>
        </w:trPr>
        <w:tc>
          <w:tcPr>
            <w:tcW w:w="720" w:type="dxa"/>
            <w:shd w:val="clear" w:color="auto" w:fill="FFFF00"/>
            <w:tcMar>
              <w:top w:w="100" w:type="dxa"/>
              <w:left w:w="150" w:type="dxa"/>
              <w:bottom w:w="100" w:type="dxa"/>
              <w:right w:w="150" w:type="dxa"/>
            </w:tcMar>
          </w:tcPr>
          <w:p w14:paraId="03950D78" w14:textId="77777777" w:rsidR="00687E56" w:rsidRPr="007C3236" w:rsidRDefault="00425CFA">
            <w:pPr>
              <w:jc w:val="center"/>
            </w:pPr>
            <w:r w:rsidRPr="007C3236">
              <w:rPr>
                <w:rFonts w:ascii="Times New Roman" w:hAnsi="Times New Roman"/>
                <w:b/>
                <w:sz w:val="20"/>
              </w:rPr>
              <w:lastRenderedPageBreak/>
              <w:t>6</w:t>
            </w:r>
          </w:p>
        </w:tc>
        <w:tc>
          <w:tcPr>
            <w:tcW w:w="2592" w:type="dxa"/>
            <w:shd w:val="clear" w:color="auto" w:fill="FFFF00"/>
            <w:tcMar>
              <w:top w:w="100" w:type="dxa"/>
              <w:left w:w="150" w:type="dxa"/>
              <w:bottom w:w="100" w:type="dxa"/>
              <w:right w:w="150" w:type="dxa"/>
            </w:tcMar>
          </w:tcPr>
          <w:p w14:paraId="08327077" w14:textId="77777777" w:rsidR="00687E56" w:rsidRPr="007C3236" w:rsidRDefault="00425CFA">
            <w:r w:rsidRPr="007C3236">
              <w:rPr>
                <w:rFonts w:ascii="Times New Roman" w:hAnsi="Times New Roman"/>
                <w:b/>
                <w:sz w:val="20"/>
              </w:rPr>
              <w:t>Kế hoạch số 956/KH-UBND</w:t>
            </w:r>
          </w:p>
        </w:tc>
        <w:tc>
          <w:tcPr>
            <w:tcW w:w="1440" w:type="dxa"/>
            <w:shd w:val="clear" w:color="auto" w:fill="FFFF00"/>
            <w:tcMar>
              <w:top w:w="100" w:type="dxa"/>
              <w:left w:w="150" w:type="dxa"/>
              <w:bottom w:w="100" w:type="dxa"/>
              <w:right w:w="150" w:type="dxa"/>
            </w:tcMar>
          </w:tcPr>
          <w:p w14:paraId="12113DBB" w14:textId="77777777" w:rsidR="00687E56" w:rsidRPr="007C3236" w:rsidRDefault="00425CFA">
            <w:pPr>
              <w:jc w:val="center"/>
            </w:pPr>
            <w:r w:rsidRPr="007C3236">
              <w:rPr>
                <w:rFonts w:ascii="Times New Roman" w:hAnsi="Times New Roman"/>
                <w:sz w:val="20"/>
              </w:rPr>
              <w:t>Năm 2026</w:t>
            </w:r>
          </w:p>
        </w:tc>
        <w:tc>
          <w:tcPr>
            <w:tcW w:w="2016" w:type="dxa"/>
            <w:shd w:val="clear" w:color="auto" w:fill="FFFF00"/>
            <w:tcMar>
              <w:top w:w="100" w:type="dxa"/>
              <w:left w:w="150" w:type="dxa"/>
              <w:bottom w:w="100" w:type="dxa"/>
              <w:right w:w="150" w:type="dxa"/>
            </w:tcMar>
          </w:tcPr>
          <w:p w14:paraId="3A79E0C3" w14:textId="77777777" w:rsidR="00687E56" w:rsidRPr="007C3236" w:rsidRDefault="00425CFA">
            <w:r w:rsidRPr="007C3236">
              <w:rPr>
                <w:rFonts w:ascii="Times New Roman" w:hAnsi="Times New Roman"/>
                <w:sz w:val="20"/>
              </w:rPr>
              <w:t>UBND phường Thuận An</w:t>
            </w:r>
          </w:p>
        </w:tc>
        <w:tc>
          <w:tcPr>
            <w:tcW w:w="2592" w:type="dxa"/>
            <w:shd w:val="clear" w:color="auto" w:fill="FFFF00"/>
            <w:tcMar>
              <w:top w:w="100" w:type="dxa"/>
              <w:left w:w="150" w:type="dxa"/>
              <w:bottom w:w="100" w:type="dxa"/>
              <w:right w:w="150" w:type="dxa"/>
            </w:tcMar>
          </w:tcPr>
          <w:p w14:paraId="70B06AA9" w14:textId="77777777" w:rsidR="00687E56" w:rsidRPr="007C3236" w:rsidRDefault="00425CFA">
            <w:r w:rsidRPr="007C3236">
              <w:rPr>
                <w:rFonts w:ascii="Times New Roman" w:hAnsi="Times New Roman"/>
                <w:sz w:val="20"/>
              </w:rPr>
              <w:t>Kế hoạch triển khai thực hiện nhiệm vụ Chuyển đổi số và Phát triển đô thị thông minh năm 2026 trên địa bàn phường Thuận An.</w:t>
            </w:r>
          </w:p>
        </w:tc>
      </w:tr>
      <w:tr w:rsidR="00687E56" w:rsidRPr="007C3236" w14:paraId="303EE438" w14:textId="77777777">
        <w:trPr>
          <w:jc w:val="center"/>
        </w:trPr>
        <w:tc>
          <w:tcPr>
            <w:tcW w:w="720" w:type="dxa"/>
            <w:shd w:val="clear" w:color="auto" w:fill="FFFF00"/>
            <w:tcMar>
              <w:top w:w="100" w:type="dxa"/>
              <w:left w:w="150" w:type="dxa"/>
              <w:bottom w:w="100" w:type="dxa"/>
              <w:right w:w="150" w:type="dxa"/>
            </w:tcMar>
          </w:tcPr>
          <w:p w14:paraId="736CCB43" w14:textId="77777777" w:rsidR="00687E56" w:rsidRPr="007C3236" w:rsidRDefault="00425CFA">
            <w:pPr>
              <w:jc w:val="center"/>
            </w:pPr>
            <w:r w:rsidRPr="007C3236">
              <w:rPr>
                <w:rFonts w:ascii="Times New Roman" w:hAnsi="Times New Roman"/>
                <w:b/>
                <w:sz w:val="20"/>
              </w:rPr>
              <w:t>7</w:t>
            </w:r>
          </w:p>
        </w:tc>
        <w:tc>
          <w:tcPr>
            <w:tcW w:w="2592" w:type="dxa"/>
            <w:shd w:val="clear" w:color="auto" w:fill="FFFF00"/>
            <w:tcMar>
              <w:top w:w="100" w:type="dxa"/>
              <w:left w:w="150" w:type="dxa"/>
              <w:bottom w:w="100" w:type="dxa"/>
              <w:right w:w="150" w:type="dxa"/>
            </w:tcMar>
          </w:tcPr>
          <w:p w14:paraId="2FBEC32D" w14:textId="77777777" w:rsidR="00687E56" w:rsidRPr="007C3236" w:rsidRDefault="00425CFA">
            <w:r w:rsidRPr="007C3236">
              <w:rPr>
                <w:rFonts w:ascii="Times New Roman" w:hAnsi="Times New Roman"/>
                <w:b/>
                <w:sz w:val="20"/>
              </w:rPr>
              <w:t>Kế hoạch A29.235 (KH-0007-2026)</w:t>
            </w:r>
          </w:p>
        </w:tc>
        <w:tc>
          <w:tcPr>
            <w:tcW w:w="1440" w:type="dxa"/>
            <w:shd w:val="clear" w:color="auto" w:fill="FFFF00"/>
            <w:tcMar>
              <w:top w:w="100" w:type="dxa"/>
              <w:left w:w="150" w:type="dxa"/>
              <w:bottom w:w="100" w:type="dxa"/>
              <w:right w:w="150" w:type="dxa"/>
            </w:tcMar>
          </w:tcPr>
          <w:p w14:paraId="44525650" w14:textId="77777777" w:rsidR="00687E56" w:rsidRPr="007C3236" w:rsidRDefault="00425CFA">
            <w:pPr>
              <w:jc w:val="center"/>
            </w:pPr>
            <w:r w:rsidRPr="007C3236">
              <w:rPr>
                <w:rFonts w:ascii="Times New Roman" w:hAnsi="Times New Roman"/>
                <w:sz w:val="20"/>
              </w:rPr>
              <w:t>16/07/2026</w:t>
            </w:r>
          </w:p>
        </w:tc>
        <w:tc>
          <w:tcPr>
            <w:tcW w:w="2016" w:type="dxa"/>
            <w:shd w:val="clear" w:color="auto" w:fill="FFFF00"/>
            <w:tcMar>
              <w:top w:w="100" w:type="dxa"/>
              <w:left w:w="150" w:type="dxa"/>
              <w:bottom w:w="100" w:type="dxa"/>
              <w:right w:w="150" w:type="dxa"/>
            </w:tcMar>
          </w:tcPr>
          <w:p w14:paraId="25C6010C" w14:textId="77777777" w:rsidR="00687E56" w:rsidRPr="007C3236" w:rsidRDefault="00425CFA">
            <w:r w:rsidRPr="007C3236">
              <w:rPr>
                <w:rFonts w:ascii="Times New Roman" w:hAnsi="Times New Roman"/>
                <w:sz w:val="20"/>
              </w:rPr>
              <w:t>Đảng ủy &amp; UBND phường Thuận An</w:t>
            </w:r>
          </w:p>
        </w:tc>
        <w:tc>
          <w:tcPr>
            <w:tcW w:w="2592" w:type="dxa"/>
            <w:shd w:val="clear" w:color="auto" w:fill="FFFF00"/>
            <w:tcMar>
              <w:top w:w="100" w:type="dxa"/>
              <w:left w:w="150" w:type="dxa"/>
              <w:bottom w:w="100" w:type="dxa"/>
              <w:right w:w="150" w:type="dxa"/>
            </w:tcMar>
          </w:tcPr>
          <w:p w14:paraId="3822F5DD" w14:textId="77777777" w:rsidR="00687E56" w:rsidRPr="007C3236" w:rsidRDefault="00425CFA">
            <w:r w:rsidRPr="007C3236">
              <w:rPr>
                <w:rFonts w:ascii="Times New Roman" w:hAnsi="Times New Roman"/>
                <w:sz w:val="20"/>
              </w:rPr>
              <w:t>Kế hoạch thực hiện Nghị quyết số 57-NQ/TW của Bộ Chính trị về đột phá phát triển KH, CN, ĐMST và Chuyển đổi số (nguyên tắc '6 rõ - 1 liền mạch').</w:t>
            </w:r>
          </w:p>
        </w:tc>
      </w:tr>
      <w:tr w:rsidR="00687E56" w:rsidRPr="007C3236" w14:paraId="5CFE91AE" w14:textId="77777777">
        <w:trPr>
          <w:jc w:val="center"/>
        </w:trPr>
        <w:tc>
          <w:tcPr>
            <w:tcW w:w="720" w:type="dxa"/>
            <w:shd w:val="clear" w:color="auto" w:fill="FFFF00"/>
            <w:tcMar>
              <w:top w:w="100" w:type="dxa"/>
              <w:left w:w="150" w:type="dxa"/>
              <w:bottom w:w="100" w:type="dxa"/>
              <w:right w:w="150" w:type="dxa"/>
            </w:tcMar>
          </w:tcPr>
          <w:p w14:paraId="77C61660" w14:textId="77777777" w:rsidR="00687E56" w:rsidRPr="007C3236" w:rsidRDefault="00425CFA">
            <w:pPr>
              <w:jc w:val="center"/>
            </w:pPr>
            <w:r w:rsidRPr="007C3236">
              <w:rPr>
                <w:rFonts w:ascii="Times New Roman" w:hAnsi="Times New Roman"/>
                <w:b/>
                <w:sz w:val="20"/>
              </w:rPr>
              <w:t>8</w:t>
            </w:r>
          </w:p>
        </w:tc>
        <w:tc>
          <w:tcPr>
            <w:tcW w:w="2592" w:type="dxa"/>
            <w:shd w:val="clear" w:color="auto" w:fill="FFFF00"/>
            <w:tcMar>
              <w:top w:w="100" w:type="dxa"/>
              <w:left w:w="150" w:type="dxa"/>
              <w:bottom w:w="100" w:type="dxa"/>
              <w:right w:w="150" w:type="dxa"/>
            </w:tcMar>
          </w:tcPr>
          <w:p w14:paraId="05555F82" w14:textId="77777777" w:rsidR="00687E56" w:rsidRPr="007C3236" w:rsidRDefault="00425CFA">
            <w:r w:rsidRPr="007C3236">
              <w:rPr>
                <w:rFonts w:ascii="Times New Roman" w:hAnsi="Times New Roman"/>
                <w:b/>
                <w:sz w:val="20"/>
              </w:rPr>
              <w:t>Kế hoạch A29.235-TBANM-KH-0001-2026</w:t>
            </w:r>
          </w:p>
        </w:tc>
        <w:tc>
          <w:tcPr>
            <w:tcW w:w="1440" w:type="dxa"/>
            <w:shd w:val="clear" w:color="auto" w:fill="FFFF00"/>
            <w:tcMar>
              <w:top w:w="100" w:type="dxa"/>
              <w:left w:w="150" w:type="dxa"/>
              <w:bottom w:w="100" w:type="dxa"/>
              <w:right w:w="150" w:type="dxa"/>
            </w:tcMar>
          </w:tcPr>
          <w:p w14:paraId="373DB0CE" w14:textId="77777777" w:rsidR="00687E56" w:rsidRPr="007C3236" w:rsidRDefault="00425CFA">
            <w:pPr>
              <w:jc w:val="center"/>
            </w:pPr>
            <w:r w:rsidRPr="007C3236">
              <w:rPr>
                <w:rFonts w:ascii="Times New Roman" w:hAnsi="Times New Roman"/>
                <w:sz w:val="20"/>
              </w:rPr>
              <w:t>Năm 2026</w:t>
            </w:r>
          </w:p>
        </w:tc>
        <w:tc>
          <w:tcPr>
            <w:tcW w:w="2016" w:type="dxa"/>
            <w:shd w:val="clear" w:color="auto" w:fill="FFFF00"/>
            <w:tcMar>
              <w:top w:w="100" w:type="dxa"/>
              <w:left w:w="150" w:type="dxa"/>
              <w:bottom w:w="100" w:type="dxa"/>
              <w:right w:w="150" w:type="dxa"/>
            </w:tcMar>
          </w:tcPr>
          <w:p w14:paraId="54B4999D" w14:textId="77777777" w:rsidR="00687E56" w:rsidRPr="007C3236" w:rsidRDefault="00425CFA">
            <w:r w:rsidRPr="007C3236">
              <w:rPr>
                <w:rFonts w:ascii="Times New Roman" w:hAnsi="Times New Roman"/>
                <w:sz w:val="20"/>
              </w:rPr>
              <w:t xml:space="preserve">Tiểu ban </w:t>
            </w:r>
            <w:proofErr w:type="gramStart"/>
            <w:r w:rsidRPr="007C3236">
              <w:rPr>
                <w:rFonts w:ascii="Times New Roman" w:hAnsi="Times New Roman"/>
                <w:sz w:val="20"/>
              </w:rPr>
              <w:t>An</w:t>
            </w:r>
            <w:proofErr w:type="gramEnd"/>
            <w:r w:rsidRPr="007C3236">
              <w:rPr>
                <w:rFonts w:ascii="Times New Roman" w:hAnsi="Times New Roman"/>
                <w:sz w:val="20"/>
              </w:rPr>
              <w:t xml:space="preserve"> ninh mạng phường</w:t>
            </w:r>
          </w:p>
        </w:tc>
        <w:tc>
          <w:tcPr>
            <w:tcW w:w="2592" w:type="dxa"/>
            <w:shd w:val="clear" w:color="auto" w:fill="FFFF00"/>
            <w:tcMar>
              <w:top w:w="100" w:type="dxa"/>
              <w:left w:w="150" w:type="dxa"/>
              <w:bottom w:w="100" w:type="dxa"/>
              <w:right w:w="150" w:type="dxa"/>
            </w:tcMar>
          </w:tcPr>
          <w:p w14:paraId="2F760084" w14:textId="77777777" w:rsidR="00687E56" w:rsidRPr="007C3236" w:rsidRDefault="00425CFA">
            <w:r w:rsidRPr="007C3236">
              <w:rPr>
                <w:rFonts w:ascii="Times New Roman" w:hAnsi="Times New Roman"/>
                <w:sz w:val="20"/>
              </w:rPr>
              <w:t xml:space="preserve">Kế hoạch bảo đảm an toàn, </w:t>
            </w:r>
            <w:proofErr w:type="gramStart"/>
            <w:r w:rsidRPr="007C3236">
              <w:rPr>
                <w:rFonts w:ascii="Times New Roman" w:hAnsi="Times New Roman"/>
                <w:sz w:val="20"/>
              </w:rPr>
              <w:t>an</w:t>
            </w:r>
            <w:proofErr w:type="gramEnd"/>
            <w:r w:rsidRPr="007C3236">
              <w:rPr>
                <w:rFonts w:ascii="Times New Roman" w:hAnsi="Times New Roman"/>
                <w:sz w:val="20"/>
              </w:rPr>
              <w:t xml:space="preserve"> ninh mạng trong hoạt động của cơ quan nhà nước và hệ thống chính trị địa phương năm 2026.</w:t>
            </w:r>
          </w:p>
        </w:tc>
      </w:tr>
      <w:tr w:rsidR="00687E56" w:rsidRPr="007C3236" w14:paraId="182F63DD" w14:textId="77777777">
        <w:trPr>
          <w:jc w:val="center"/>
        </w:trPr>
        <w:tc>
          <w:tcPr>
            <w:tcW w:w="720" w:type="dxa"/>
            <w:shd w:val="clear" w:color="auto" w:fill="FFFF00"/>
            <w:tcMar>
              <w:top w:w="100" w:type="dxa"/>
              <w:left w:w="150" w:type="dxa"/>
              <w:bottom w:w="100" w:type="dxa"/>
              <w:right w:w="150" w:type="dxa"/>
            </w:tcMar>
          </w:tcPr>
          <w:p w14:paraId="2D27B639" w14:textId="77777777" w:rsidR="00687E56" w:rsidRPr="007C3236" w:rsidRDefault="00425CFA">
            <w:pPr>
              <w:jc w:val="center"/>
            </w:pPr>
            <w:r w:rsidRPr="007C3236">
              <w:rPr>
                <w:rFonts w:ascii="Times New Roman" w:hAnsi="Times New Roman"/>
                <w:b/>
                <w:sz w:val="20"/>
              </w:rPr>
              <w:t>9</w:t>
            </w:r>
          </w:p>
        </w:tc>
        <w:tc>
          <w:tcPr>
            <w:tcW w:w="2592" w:type="dxa"/>
            <w:shd w:val="clear" w:color="auto" w:fill="FFFF00"/>
            <w:tcMar>
              <w:top w:w="100" w:type="dxa"/>
              <w:left w:w="150" w:type="dxa"/>
              <w:bottom w:w="100" w:type="dxa"/>
              <w:right w:w="150" w:type="dxa"/>
            </w:tcMar>
          </w:tcPr>
          <w:p w14:paraId="678685C4" w14:textId="77777777" w:rsidR="00687E56" w:rsidRPr="007C3236" w:rsidRDefault="00425CFA">
            <w:r w:rsidRPr="007C3236">
              <w:rPr>
                <w:rFonts w:ascii="Times New Roman" w:hAnsi="Times New Roman"/>
                <w:b/>
                <w:sz w:val="20"/>
              </w:rPr>
              <w:t>Quy chế A29.235-TBANM-QC-0001-2026</w:t>
            </w:r>
          </w:p>
        </w:tc>
        <w:tc>
          <w:tcPr>
            <w:tcW w:w="1440" w:type="dxa"/>
            <w:shd w:val="clear" w:color="auto" w:fill="FFFF00"/>
            <w:tcMar>
              <w:top w:w="100" w:type="dxa"/>
              <w:left w:w="150" w:type="dxa"/>
              <w:bottom w:w="100" w:type="dxa"/>
              <w:right w:w="150" w:type="dxa"/>
            </w:tcMar>
          </w:tcPr>
          <w:p w14:paraId="2EC6A0F9" w14:textId="77777777" w:rsidR="00687E56" w:rsidRPr="007C3236" w:rsidRDefault="00425CFA">
            <w:pPr>
              <w:jc w:val="center"/>
            </w:pPr>
            <w:r w:rsidRPr="007C3236">
              <w:rPr>
                <w:rFonts w:ascii="Times New Roman" w:hAnsi="Times New Roman"/>
                <w:sz w:val="20"/>
              </w:rPr>
              <w:t>Năm 2026</w:t>
            </w:r>
          </w:p>
        </w:tc>
        <w:tc>
          <w:tcPr>
            <w:tcW w:w="2016" w:type="dxa"/>
            <w:shd w:val="clear" w:color="auto" w:fill="FFFF00"/>
            <w:tcMar>
              <w:top w:w="100" w:type="dxa"/>
              <w:left w:w="150" w:type="dxa"/>
              <w:bottom w:w="100" w:type="dxa"/>
              <w:right w:w="150" w:type="dxa"/>
            </w:tcMar>
          </w:tcPr>
          <w:p w14:paraId="151A3219" w14:textId="77777777" w:rsidR="00687E56" w:rsidRPr="007C3236" w:rsidRDefault="00425CFA">
            <w:r w:rsidRPr="007C3236">
              <w:rPr>
                <w:rFonts w:ascii="Times New Roman" w:hAnsi="Times New Roman"/>
                <w:sz w:val="20"/>
              </w:rPr>
              <w:t xml:space="preserve">Tiểu ban </w:t>
            </w:r>
            <w:proofErr w:type="gramStart"/>
            <w:r w:rsidRPr="007C3236">
              <w:rPr>
                <w:rFonts w:ascii="Times New Roman" w:hAnsi="Times New Roman"/>
                <w:sz w:val="20"/>
              </w:rPr>
              <w:t>An</w:t>
            </w:r>
            <w:proofErr w:type="gramEnd"/>
            <w:r w:rsidRPr="007C3236">
              <w:rPr>
                <w:rFonts w:ascii="Times New Roman" w:hAnsi="Times New Roman"/>
                <w:sz w:val="20"/>
              </w:rPr>
              <w:t xml:space="preserve"> ninh mạng phường</w:t>
            </w:r>
          </w:p>
        </w:tc>
        <w:tc>
          <w:tcPr>
            <w:tcW w:w="2592" w:type="dxa"/>
            <w:shd w:val="clear" w:color="auto" w:fill="FFFF00"/>
            <w:tcMar>
              <w:top w:w="100" w:type="dxa"/>
              <w:left w:w="150" w:type="dxa"/>
              <w:bottom w:w="100" w:type="dxa"/>
              <w:right w:w="150" w:type="dxa"/>
            </w:tcMar>
          </w:tcPr>
          <w:p w14:paraId="2900A10E" w14:textId="77777777" w:rsidR="00687E56" w:rsidRPr="007C3236" w:rsidRDefault="00425CFA">
            <w:r w:rsidRPr="007C3236">
              <w:rPr>
                <w:rFonts w:ascii="Times New Roman" w:hAnsi="Times New Roman"/>
                <w:sz w:val="20"/>
              </w:rPr>
              <w:t xml:space="preserve">Quy chế làm việc của Tiểu ban </w:t>
            </w:r>
            <w:proofErr w:type="gramStart"/>
            <w:r w:rsidRPr="007C3236">
              <w:rPr>
                <w:rFonts w:ascii="Times New Roman" w:hAnsi="Times New Roman"/>
                <w:sz w:val="20"/>
              </w:rPr>
              <w:t>An</w:t>
            </w:r>
            <w:proofErr w:type="gramEnd"/>
            <w:r w:rsidRPr="007C3236">
              <w:rPr>
                <w:rFonts w:ascii="Times New Roman" w:hAnsi="Times New Roman"/>
                <w:sz w:val="20"/>
              </w:rPr>
              <w:t xml:space="preserve"> ninh mạng phường Thuận An.</w:t>
            </w:r>
          </w:p>
        </w:tc>
      </w:tr>
      <w:tr w:rsidR="00687E56" w:rsidRPr="007C3236" w14:paraId="2D79AD99" w14:textId="77777777">
        <w:trPr>
          <w:jc w:val="center"/>
        </w:trPr>
        <w:tc>
          <w:tcPr>
            <w:tcW w:w="720" w:type="dxa"/>
            <w:shd w:val="clear" w:color="auto" w:fill="FFFF00"/>
            <w:tcMar>
              <w:top w:w="100" w:type="dxa"/>
              <w:left w:w="150" w:type="dxa"/>
              <w:bottom w:w="100" w:type="dxa"/>
              <w:right w:w="150" w:type="dxa"/>
            </w:tcMar>
          </w:tcPr>
          <w:p w14:paraId="6D16DD97" w14:textId="77777777" w:rsidR="00687E56" w:rsidRPr="007C3236" w:rsidRDefault="00425CFA">
            <w:pPr>
              <w:jc w:val="center"/>
            </w:pPr>
            <w:r w:rsidRPr="007C3236">
              <w:rPr>
                <w:rFonts w:ascii="Times New Roman" w:hAnsi="Times New Roman"/>
                <w:b/>
                <w:sz w:val="20"/>
              </w:rPr>
              <w:t>10</w:t>
            </w:r>
          </w:p>
        </w:tc>
        <w:tc>
          <w:tcPr>
            <w:tcW w:w="2592" w:type="dxa"/>
            <w:shd w:val="clear" w:color="auto" w:fill="FFFF00"/>
            <w:tcMar>
              <w:top w:w="100" w:type="dxa"/>
              <w:left w:w="150" w:type="dxa"/>
              <w:bottom w:w="100" w:type="dxa"/>
              <w:right w:w="150" w:type="dxa"/>
            </w:tcMar>
          </w:tcPr>
          <w:p w14:paraId="213FCE90" w14:textId="77777777" w:rsidR="00687E56" w:rsidRPr="007C3236" w:rsidRDefault="00425CFA">
            <w:r w:rsidRPr="007C3236">
              <w:rPr>
                <w:rFonts w:ascii="Times New Roman" w:hAnsi="Times New Roman"/>
                <w:b/>
                <w:sz w:val="20"/>
              </w:rPr>
              <w:t>Kế hoạch số 2389/KH-UBND</w:t>
            </w:r>
          </w:p>
        </w:tc>
        <w:tc>
          <w:tcPr>
            <w:tcW w:w="1440" w:type="dxa"/>
            <w:shd w:val="clear" w:color="auto" w:fill="FFFF00"/>
            <w:tcMar>
              <w:top w:w="100" w:type="dxa"/>
              <w:left w:w="150" w:type="dxa"/>
              <w:bottom w:w="100" w:type="dxa"/>
              <w:right w:w="150" w:type="dxa"/>
            </w:tcMar>
          </w:tcPr>
          <w:p w14:paraId="27E42296" w14:textId="77777777" w:rsidR="00687E56" w:rsidRPr="007C3236" w:rsidRDefault="00425CFA">
            <w:pPr>
              <w:jc w:val="center"/>
            </w:pPr>
            <w:r w:rsidRPr="007C3236">
              <w:rPr>
                <w:rFonts w:ascii="Times New Roman" w:hAnsi="Times New Roman"/>
                <w:sz w:val="20"/>
              </w:rPr>
              <w:t>25/07/2026</w:t>
            </w:r>
          </w:p>
        </w:tc>
        <w:tc>
          <w:tcPr>
            <w:tcW w:w="2016" w:type="dxa"/>
            <w:shd w:val="clear" w:color="auto" w:fill="FFFF00"/>
            <w:tcMar>
              <w:top w:w="100" w:type="dxa"/>
              <w:left w:w="150" w:type="dxa"/>
              <w:bottom w:w="100" w:type="dxa"/>
              <w:right w:w="150" w:type="dxa"/>
            </w:tcMar>
          </w:tcPr>
          <w:p w14:paraId="760F97C6" w14:textId="77777777" w:rsidR="00687E56" w:rsidRPr="007C3236" w:rsidRDefault="00425CFA">
            <w:r w:rsidRPr="007C3236">
              <w:rPr>
                <w:rFonts w:ascii="Times New Roman" w:hAnsi="Times New Roman"/>
                <w:sz w:val="20"/>
              </w:rPr>
              <w:t>UBND phường Thuận An</w:t>
            </w:r>
          </w:p>
        </w:tc>
        <w:tc>
          <w:tcPr>
            <w:tcW w:w="2592" w:type="dxa"/>
            <w:shd w:val="clear" w:color="auto" w:fill="FFFF00"/>
            <w:tcMar>
              <w:top w:w="100" w:type="dxa"/>
              <w:left w:w="150" w:type="dxa"/>
              <w:bottom w:w="100" w:type="dxa"/>
              <w:right w:w="150" w:type="dxa"/>
            </w:tcMar>
          </w:tcPr>
          <w:p w14:paraId="4F3E8B7A" w14:textId="77777777" w:rsidR="00687E56" w:rsidRPr="007C3236" w:rsidRDefault="00425CFA">
            <w:r w:rsidRPr="007C3236">
              <w:rPr>
                <w:rFonts w:ascii="Times New Roman" w:hAnsi="Times New Roman"/>
                <w:sz w:val="20"/>
              </w:rPr>
              <w:t>Kế hoạch triển khai các nhiệm vụ chuyển đổi số và cải cách hành chính bổ sung đợt 2 năm 2026.</w:t>
            </w:r>
          </w:p>
        </w:tc>
      </w:tr>
    </w:tbl>
    <w:p w14:paraId="6F502E00" w14:textId="77777777" w:rsidR="00687E56" w:rsidRPr="007C3236" w:rsidRDefault="00687E56">
      <w:pPr>
        <w:spacing w:after="120"/>
      </w:pPr>
    </w:p>
    <w:sectPr w:rsidR="00687E56" w:rsidRPr="007C3236"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B600B" w14:textId="77777777" w:rsidR="001C5878" w:rsidRDefault="001C5878">
      <w:pPr>
        <w:spacing w:after="0" w:line="240" w:lineRule="auto"/>
      </w:pPr>
      <w:r>
        <w:separator/>
      </w:r>
    </w:p>
  </w:endnote>
  <w:endnote w:type="continuationSeparator" w:id="0">
    <w:p w14:paraId="701B8997" w14:textId="77777777" w:rsidR="001C5878" w:rsidRDefault="001C5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D12B8" w14:textId="77777777" w:rsidR="00687E56" w:rsidRDefault="00425CFA">
    <w:pPr>
      <w:pStyle w:val="Footer"/>
      <w:jc w:val="right"/>
    </w:pPr>
    <w:r>
      <w:rPr>
        <w:sz w:val="18"/>
      </w:rPr>
      <w:t xml:space="preserve">Danh </w:t>
    </w:r>
    <w:proofErr w:type="spellStart"/>
    <w:r>
      <w:rPr>
        <w:sz w:val="18"/>
      </w:rPr>
      <w:t>mục</w:t>
    </w:r>
    <w:proofErr w:type="spellEnd"/>
    <w:r>
      <w:rPr>
        <w:sz w:val="18"/>
      </w:rPr>
      <w:t xml:space="preserve"> </w:t>
    </w:r>
    <w:proofErr w:type="spellStart"/>
    <w:r>
      <w:rPr>
        <w:sz w:val="18"/>
      </w:rPr>
      <w:t>văn</w:t>
    </w:r>
    <w:proofErr w:type="spellEnd"/>
    <w:r>
      <w:rPr>
        <w:sz w:val="18"/>
      </w:rPr>
      <w:t xml:space="preserve"> </w:t>
    </w:r>
    <w:proofErr w:type="spellStart"/>
    <w:r>
      <w:rPr>
        <w:sz w:val="18"/>
      </w:rPr>
      <w:t>bản</w:t>
    </w:r>
    <w:proofErr w:type="spellEnd"/>
    <w:r>
      <w:rPr>
        <w:sz w:val="18"/>
      </w:rPr>
      <w:t xml:space="preserve"> CĐS, NQ57, CCHC &amp; ĐA06 | </w:t>
    </w:r>
    <w:proofErr w:type="spellStart"/>
    <w:r>
      <w:rPr>
        <w:sz w:val="18"/>
      </w:rPr>
      <w:t>Phường</w:t>
    </w:r>
    <w:proofErr w:type="spellEnd"/>
    <w:r>
      <w:rPr>
        <w:sz w:val="18"/>
      </w:rPr>
      <w:t xml:space="preserve"> </w:t>
    </w:r>
    <w:proofErr w:type="spellStart"/>
    <w:r>
      <w:rPr>
        <w:sz w:val="18"/>
      </w:rPr>
      <w:t>Thuận</w:t>
    </w:r>
    <w:proofErr w:type="spellEnd"/>
    <w:r>
      <w:rPr>
        <w:sz w:val="18"/>
      </w:rPr>
      <w:t xml:space="preserve"> 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47701" w14:textId="77777777" w:rsidR="001C5878" w:rsidRDefault="001C5878">
      <w:pPr>
        <w:spacing w:after="0" w:line="240" w:lineRule="auto"/>
      </w:pPr>
      <w:r>
        <w:separator/>
      </w:r>
    </w:p>
  </w:footnote>
  <w:footnote w:type="continuationSeparator" w:id="0">
    <w:p w14:paraId="7DF64DE3" w14:textId="77777777" w:rsidR="001C5878" w:rsidRDefault="001C58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43340254">
    <w:abstractNumId w:val="8"/>
  </w:num>
  <w:num w:numId="2" w16cid:durableId="1024090429">
    <w:abstractNumId w:val="6"/>
  </w:num>
  <w:num w:numId="3" w16cid:durableId="238370983">
    <w:abstractNumId w:val="5"/>
  </w:num>
  <w:num w:numId="4" w16cid:durableId="269774827">
    <w:abstractNumId w:val="4"/>
  </w:num>
  <w:num w:numId="5" w16cid:durableId="1996257870">
    <w:abstractNumId w:val="7"/>
  </w:num>
  <w:num w:numId="6" w16cid:durableId="68382714">
    <w:abstractNumId w:val="3"/>
  </w:num>
  <w:num w:numId="7" w16cid:durableId="1815676720">
    <w:abstractNumId w:val="2"/>
  </w:num>
  <w:num w:numId="8" w16cid:durableId="1215585959">
    <w:abstractNumId w:val="1"/>
  </w:num>
  <w:num w:numId="9" w16cid:durableId="1919900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15074B"/>
    <w:rsid w:val="001C5878"/>
    <w:rsid w:val="0029639D"/>
    <w:rsid w:val="00326F90"/>
    <w:rsid w:val="004222A3"/>
    <w:rsid w:val="00425CFA"/>
    <w:rsid w:val="00687E56"/>
    <w:rsid w:val="006F1142"/>
    <w:rsid w:val="007C3236"/>
    <w:rsid w:val="00A4331B"/>
    <w:rsid w:val="00AA1D8D"/>
    <w:rsid w:val="00B47730"/>
    <w:rsid w:val="00BA0B9D"/>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336F95"/>
  <w14:defaultImageDpi w14:val="300"/>
  <w15:docId w15:val="{798828DC-094E-409D-874D-A8B54AD61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19070-6623-4564-B238-B95039D37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2069</Words>
  <Characters>8136</Characters>
  <Application>Microsoft Office Word</Application>
  <DocSecurity>0</DocSecurity>
  <Lines>508</Lines>
  <Paragraphs>364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Tùng Nguyễn Minh</cp:lastModifiedBy>
  <cp:revision>5</cp:revision>
  <dcterms:created xsi:type="dcterms:W3CDTF">2026-10-01T02:48:00Z</dcterms:created>
  <dcterms:modified xsi:type="dcterms:W3CDTF">2026-10-01T03:04:00Z</dcterms:modified>
  <cp:category/>
</cp:coreProperties>
</file>