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33"/>
        <w:tblW w:w="9639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5653E4" w:rsidRPr="00D355CD" w14:paraId="3452FBFE" w14:textId="77777777" w:rsidTr="00A86C07">
        <w:trPr>
          <w:trHeight w:val="709"/>
        </w:trPr>
        <w:tc>
          <w:tcPr>
            <w:tcW w:w="3969" w:type="dxa"/>
          </w:tcPr>
          <w:p w14:paraId="4C06C406" w14:textId="77777777" w:rsidR="005653E4" w:rsidRPr="00D355CD" w:rsidRDefault="005653E4" w:rsidP="00A86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55CD">
              <w:rPr>
                <w:rFonts w:ascii="Times New Roman" w:hAnsi="Times New Roman" w:cs="Times New Roman"/>
                <w:bCs/>
                <w:sz w:val="26"/>
                <w:szCs w:val="26"/>
              </w:rPr>
              <w:t>BAN CHỈ ĐẠO NQ57</w:t>
            </w:r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BAN TỔ CHỨC CUỘC THI TRỰC TUYẾN TÌM HIỂU VỀ CHUYỂN ĐỔI SỐ VÀ CẢI CÁCH HÀNH CHÍNH PHƯỜNG THUẬN AN</w:t>
            </w:r>
          </w:p>
          <w:p w14:paraId="3A9B016E" w14:textId="77777777" w:rsidR="005653E4" w:rsidRPr="00D355CD" w:rsidRDefault="005653E4" w:rsidP="00A86C0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55C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6C85EC" wp14:editId="6F5A8B4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28925</wp:posOffset>
                      </wp:positionV>
                      <wp:extent cx="828040" cy="0"/>
                      <wp:effectExtent l="0" t="0" r="29210" b="19050"/>
                      <wp:wrapNone/>
                      <wp:docPr id="654521367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80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08A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8.75pt;margin-top:2.3pt;width:65.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6792BE56" w14:textId="77777777" w:rsidR="005653E4" w:rsidRPr="00D355CD" w:rsidRDefault="005653E4" w:rsidP="00A86C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039CE03B" w14:textId="77777777" w:rsidR="005653E4" w:rsidRPr="00D355CD" w:rsidRDefault="005653E4" w:rsidP="00A8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55CD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9DBC6A" wp14:editId="61523381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213075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5A5005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16.8pt" to="210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" strokecolor="black [3213]" strokeweight=".25pt"/>
                  </w:pict>
                </mc:Fallback>
              </mc:AlternateContent>
            </w:r>
            <w:proofErr w:type="spellStart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Độc</w:t>
            </w:r>
            <w:proofErr w:type="spellEnd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Tự</w:t>
            </w:r>
            <w:proofErr w:type="spellEnd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Hạnh</w:t>
            </w:r>
            <w:proofErr w:type="spellEnd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  <w:b/>
                <w:sz w:val="26"/>
                <w:szCs w:val="26"/>
              </w:rPr>
              <w:t>phúc</w:t>
            </w:r>
            <w:proofErr w:type="spellEnd"/>
          </w:p>
        </w:tc>
      </w:tr>
      <w:tr w:rsidR="005653E4" w:rsidRPr="00D355CD" w14:paraId="1D544876" w14:textId="77777777" w:rsidTr="00A86C07">
        <w:trPr>
          <w:trHeight w:val="276"/>
        </w:trPr>
        <w:tc>
          <w:tcPr>
            <w:tcW w:w="3969" w:type="dxa"/>
            <w:vAlign w:val="bottom"/>
          </w:tcPr>
          <w:p w14:paraId="6E9A20D4" w14:textId="77777777" w:rsidR="005653E4" w:rsidRPr="00D355CD" w:rsidRDefault="005653E4" w:rsidP="00A8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55CD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D355CD">
              <w:rPr>
                <w:rFonts w:ascii="Times New Roman" w:hAnsi="Times New Roman" w:cs="Times New Roman"/>
                <w:sz w:val="28"/>
                <w:szCs w:val="28"/>
              </w:rPr>
              <w:t>:         /TB-BTC</w:t>
            </w:r>
          </w:p>
        </w:tc>
        <w:tc>
          <w:tcPr>
            <w:tcW w:w="5670" w:type="dxa"/>
            <w:vAlign w:val="bottom"/>
          </w:tcPr>
          <w:p w14:paraId="29EA51E3" w14:textId="77777777" w:rsidR="005653E4" w:rsidRPr="00D355CD" w:rsidRDefault="005653E4" w:rsidP="00A86C0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>Thuận</w:t>
            </w:r>
            <w:proofErr w:type="spellEnd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An, </w:t>
            </w:r>
            <w:proofErr w:type="spellStart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proofErr w:type="spellStart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</w:t>
            </w:r>
            <w:proofErr w:type="spellStart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Pr="00D355C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2026</w:t>
            </w:r>
          </w:p>
        </w:tc>
      </w:tr>
    </w:tbl>
    <w:p w14:paraId="102B6D1C" w14:textId="77777777" w:rsidR="00FE5626" w:rsidRPr="00D355CD" w:rsidRDefault="00FE5626">
      <w:pPr>
        <w:rPr>
          <w:rFonts w:ascii="Times New Roman" w:hAnsi="Times New Roman" w:cs="Times New Roman"/>
          <w:sz w:val="16"/>
          <w:szCs w:val="16"/>
        </w:rPr>
      </w:pPr>
    </w:p>
    <w:p w14:paraId="6D057C3F" w14:textId="77777777" w:rsidR="00C86B06" w:rsidRPr="00D355CD" w:rsidRDefault="001E232A" w:rsidP="00FE5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THÔNG BÁO</w:t>
      </w:r>
    </w:p>
    <w:p w14:paraId="55541B70" w14:textId="77777777" w:rsidR="00BC1574" w:rsidRPr="00D355CD" w:rsidRDefault="00BC1574" w:rsidP="00FE5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tuyến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tìm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hiểu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</w:p>
    <w:p w14:paraId="2697E17C" w14:textId="41437E61" w:rsidR="00BC1574" w:rsidRPr="00D355CD" w:rsidRDefault="00BC1574" w:rsidP="00FE5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Chuyển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Cải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Thuận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An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03881E19" w14:textId="0F1BFE54" w:rsidR="00FE5626" w:rsidRPr="00D355CD" w:rsidRDefault="00BC1574" w:rsidP="00FE56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F88E6B" wp14:editId="35CC3110">
                <wp:simplePos x="0" y="0"/>
                <wp:positionH relativeFrom="column">
                  <wp:posOffset>2415540</wp:posOffset>
                </wp:positionH>
                <wp:positionV relativeFrom="paragraph">
                  <wp:posOffset>12700</wp:posOffset>
                </wp:positionV>
                <wp:extent cx="1143000" cy="0"/>
                <wp:effectExtent l="38100" t="38100" r="76200" b="95250"/>
                <wp:wrapNone/>
                <wp:docPr id="124949455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C019B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2pt,1pt" to="28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" strokecolor="black [3200]" strokeweight=".5pt">
                <v:shadow on="t" color="black" opacity="24903f" origin=",.5" offset="0,.55556mm"/>
              </v:line>
            </w:pict>
          </mc:Fallback>
        </mc:AlternateContent>
      </w:r>
    </w:p>
    <w:p w14:paraId="17F76659" w14:textId="129AADBD" w:rsidR="00C86B06" w:rsidRPr="00D355CD" w:rsidRDefault="001E232A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98759D" w:rsidRPr="00D355CD">
        <w:rPr>
          <w:rFonts w:ascii="Times New Roman" w:hAnsi="Times New Roman" w:cs="Times New Roman"/>
          <w:sz w:val="28"/>
          <w:szCs w:val="28"/>
        </w:rPr>
        <w:t xml:space="preserve">  </w:t>
      </w:r>
      <w:r w:rsidRPr="00D355CD">
        <w:rPr>
          <w:rFonts w:ascii="Times New Roman" w:hAnsi="Times New Roman" w:cs="Times New Roman"/>
          <w:sz w:val="28"/>
          <w:szCs w:val="28"/>
        </w:rPr>
        <w:t>/</w:t>
      </w:r>
      <w:r w:rsidR="004445B7" w:rsidRPr="00D355CD">
        <w:rPr>
          <w:rFonts w:ascii="Times New Roman" w:hAnsi="Times New Roman" w:cs="Times New Roman"/>
        </w:rPr>
        <w:t xml:space="preserve"> </w:t>
      </w:r>
      <w:r w:rsidR="004445B7" w:rsidRPr="00D355CD">
        <w:rPr>
          <w:rFonts w:ascii="Times New Roman" w:hAnsi="Times New Roman" w:cs="Times New Roman"/>
          <w:sz w:val="28"/>
          <w:szCs w:val="28"/>
        </w:rPr>
        <w:t xml:space="preserve">KH-BCĐ57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98759D" w:rsidRPr="00D355CD">
        <w:rPr>
          <w:rFonts w:ascii="Times New Roman" w:hAnsi="Times New Roman" w:cs="Times New Roman"/>
          <w:sz w:val="28"/>
          <w:szCs w:val="28"/>
        </w:rPr>
        <w:t xml:space="preserve">  </w:t>
      </w:r>
      <w:r w:rsidR="00FE5626" w:rsidRPr="00D355CD">
        <w:rPr>
          <w:rFonts w:ascii="Times New Roman" w:hAnsi="Times New Roman" w:cs="Times New Roman"/>
          <w:sz w:val="28"/>
          <w:szCs w:val="28"/>
        </w:rPr>
        <w:t>/9/202</w:t>
      </w:r>
      <w:r w:rsidR="0098759D" w:rsidRPr="00D355CD">
        <w:rPr>
          <w:rFonts w:ascii="Times New Roman" w:hAnsi="Times New Roman" w:cs="Times New Roman"/>
          <w:sz w:val="28"/>
          <w:szCs w:val="28"/>
        </w:rPr>
        <w:t>6</w:t>
      </w:r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BA00A8" w:rsidRPr="00D355CD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57-NQ/TW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0A8"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BA00A8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693A"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="0096693A"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2026</w:t>
      </w:r>
      <w:r w:rsidR="00FE5626" w:rsidRPr="00D355CD">
        <w:rPr>
          <w:rFonts w:ascii="Times New Roman" w:hAnsi="Times New Roman" w:cs="Times New Roman"/>
          <w:sz w:val="28"/>
          <w:szCs w:val="28"/>
        </w:rPr>
        <w:t>;</w:t>
      </w:r>
    </w:p>
    <w:p w14:paraId="091E1FD4" w14:textId="01BFF294" w:rsidR="00FE5626" w:rsidRPr="00D355CD" w:rsidRDefault="00E93B84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840990"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98759D" w:rsidRPr="00D355CD">
        <w:rPr>
          <w:rFonts w:ascii="Times New Roman" w:hAnsi="Times New Roman" w:cs="Times New Roman"/>
          <w:sz w:val="28"/>
          <w:szCs w:val="28"/>
        </w:rPr>
        <w:t xml:space="preserve">    </w:t>
      </w:r>
      <w:r w:rsidR="00FE5626" w:rsidRPr="00D355CD">
        <w:rPr>
          <w:rFonts w:ascii="Times New Roman" w:hAnsi="Times New Roman" w:cs="Times New Roman"/>
          <w:sz w:val="28"/>
          <w:szCs w:val="28"/>
        </w:rPr>
        <w:t>/</w:t>
      </w:r>
      <w:r w:rsidR="007C5283" w:rsidRPr="00D355CD">
        <w:rPr>
          <w:rFonts w:ascii="Times New Roman" w:hAnsi="Times New Roman" w:cs="Times New Roman"/>
        </w:rPr>
        <w:t xml:space="preserve"> </w:t>
      </w:r>
      <w:r w:rsidR="007C5283" w:rsidRPr="00D355CD">
        <w:rPr>
          <w:rFonts w:ascii="Times New Roman" w:hAnsi="Times New Roman" w:cs="Times New Roman"/>
          <w:sz w:val="28"/>
          <w:szCs w:val="28"/>
        </w:rPr>
        <w:t xml:space="preserve">QĐ-BCĐ57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840990"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98759D" w:rsidRPr="00D355CD">
        <w:rPr>
          <w:rFonts w:ascii="Times New Roman" w:hAnsi="Times New Roman" w:cs="Times New Roman"/>
          <w:sz w:val="28"/>
          <w:szCs w:val="28"/>
        </w:rPr>
        <w:t xml:space="preserve">  </w:t>
      </w:r>
      <w:r w:rsidR="00FE5626" w:rsidRPr="00D355CD">
        <w:rPr>
          <w:rFonts w:ascii="Times New Roman" w:hAnsi="Times New Roman" w:cs="Times New Roman"/>
          <w:sz w:val="28"/>
          <w:szCs w:val="28"/>
        </w:rPr>
        <w:t>/9/202</w:t>
      </w:r>
      <w:r w:rsidR="0098759D" w:rsidRPr="00D355CD">
        <w:rPr>
          <w:rFonts w:ascii="Times New Roman" w:hAnsi="Times New Roman" w:cs="Times New Roman"/>
          <w:sz w:val="28"/>
          <w:szCs w:val="28"/>
        </w:rPr>
        <w:t>6</w:t>
      </w:r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lập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3836"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="00D03836"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202</w:t>
      </w:r>
      <w:r w:rsidR="0098759D" w:rsidRPr="00D355CD">
        <w:rPr>
          <w:rFonts w:ascii="Times New Roman" w:hAnsi="Times New Roman" w:cs="Times New Roman"/>
          <w:sz w:val="28"/>
          <w:szCs w:val="28"/>
        </w:rPr>
        <w:t>6</w:t>
      </w:r>
      <w:r w:rsidR="00FE5626" w:rsidRPr="00D355CD">
        <w:rPr>
          <w:rFonts w:ascii="Times New Roman" w:hAnsi="Times New Roman" w:cs="Times New Roman"/>
          <w:sz w:val="28"/>
          <w:szCs w:val="28"/>
        </w:rPr>
        <w:t>.</w:t>
      </w:r>
    </w:p>
    <w:p w14:paraId="63B7C408" w14:textId="282C44CF" w:rsidR="00C86B06" w:rsidRPr="00D355CD" w:rsidRDefault="001E232A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59D"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98759D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4D5"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="007B04D5"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="00FE5626" w:rsidRPr="00D355C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E5626" w:rsidRPr="00D355CD">
        <w:rPr>
          <w:rFonts w:ascii="Times New Roman" w:hAnsi="Times New Roman" w:cs="Times New Roman"/>
          <w:sz w:val="28"/>
          <w:szCs w:val="28"/>
        </w:rPr>
        <w:t xml:space="preserve"> 202</w:t>
      </w:r>
      <w:r w:rsidR="0098759D" w:rsidRPr="00D355CD">
        <w:rPr>
          <w:rFonts w:ascii="Times New Roman" w:hAnsi="Times New Roman" w:cs="Times New Roman"/>
          <w:sz w:val="28"/>
          <w:szCs w:val="28"/>
        </w:rPr>
        <w:t>6</w:t>
      </w:r>
      <w:r w:rsidR="00FE5626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:</w:t>
      </w:r>
    </w:p>
    <w:p w14:paraId="720A9C3C" w14:textId="77777777" w:rsidR="00BA00A8" w:rsidRPr="00D355CD" w:rsidRDefault="001E232A" w:rsidP="00351E42">
      <w:pPr>
        <w:widowControl w:val="0"/>
        <w:shd w:val="clear" w:color="auto" w:fill="FFFFFF"/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80A25A" w14:textId="32FF3842" w:rsidR="00BA00A8" w:rsidRPr="00D355CD" w:rsidRDefault="00BA00A8" w:rsidP="00351E42">
      <w:pPr>
        <w:widowControl w:val="0"/>
        <w:shd w:val="clear" w:color="auto" w:fill="FFFFFF"/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khoa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sáng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57-NQ/TW;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06;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355CD">
        <w:rPr>
          <w:rFonts w:ascii="Times New Roman" w:hAnsi="Times New Roman" w:cs="Times New Roman"/>
          <w:sz w:val="28"/>
          <w:szCs w:val="28"/>
        </w:rPr>
        <w:t>an</w:t>
      </w:r>
      <w:proofErr w:type="gram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707F12C9" w14:textId="01E1156A" w:rsidR="00BA00A8" w:rsidRPr="00D355CD" w:rsidRDefault="00BA00A8" w:rsidP="00351E42">
      <w:pPr>
        <w:widowControl w:val="0"/>
        <w:shd w:val="clear" w:color="auto" w:fill="FFFFFF"/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bật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10830F7D" w14:textId="315BDAB3" w:rsidR="006F7EAB" w:rsidRPr="00D355CD" w:rsidRDefault="001E232A" w:rsidP="00351E42">
      <w:pPr>
        <w:pStyle w:val="NormalWeb"/>
        <w:shd w:val="clear" w:color="auto" w:fill="FFFFFF"/>
        <w:spacing w:before="80" w:beforeAutospacing="0" w:after="80" w:afterAutospacing="0"/>
        <w:ind w:firstLine="720"/>
        <w:jc w:val="both"/>
        <w:rPr>
          <w:sz w:val="28"/>
          <w:szCs w:val="28"/>
        </w:rPr>
      </w:pPr>
      <w:r w:rsidRPr="00D355CD">
        <w:rPr>
          <w:b/>
          <w:sz w:val="28"/>
          <w:szCs w:val="28"/>
        </w:rPr>
        <w:t xml:space="preserve">2. </w:t>
      </w:r>
      <w:proofErr w:type="spellStart"/>
      <w:r w:rsidRPr="00D355CD">
        <w:rPr>
          <w:b/>
          <w:sz w:val="28"/>
          <w:szCs w:val="28"/>
        </w:rPr>
        <w:t>Đối</w:t>
      </w:r>
      <w:proofErr w:type="spellEnd"/>
      <w:r w:rsidRPr="00D355CD">
        <w:rPr>
          <w:b/>
          <w:sz w:val="28"/>
          <w:szCs w:val="28"/>
        </w:rPr>
        <w:t xml:space="preserve"> </w:t>
      </w:r>
      <w:proofErr w:type="spellStart"/>
      <w:r w:rsidRPr="00D355CD">
        <w:rPr>
          <w:b/>
          <w:sz w:val="28"/>
          <w:szCs w:val="28"/>
        </w:rPr>
        <w:t>tượng</w:t>
      </w:r>
      <w:proofErr w:type="spellEnd"/>
      <w:r w:rsidRPr="00D355CD">
        <w:rPr>
          <w:b/>
          <w:sz w:val="28"/>
          <w:szCs w:val="28"/>
        </w:rPr>
        <w:t xml:space="preserve"> </w:t>
      </w:r>
      <w:proofErr w:type="spellStart"/>
      <w:r w:rsidRPr="00D355CD">
        <w:rPr>
          <w:b/>
          <w:sz w:val="28"/>
          <w:szCs w:val="28"/>
        </w:rPr>
        <w:t>dự</w:t>
      </w:r>
      <w:proofErr w:type="spellEnd"/>
      <w:r w:rsidRPr="00D355CD">
        <w:rPr>
          <w:b/>
          <w:sz w:val="28"/>
          <w:szCs w:val="28"/>
        </w:rPr>
        <w:t xml:space="preserve"> </w:t>
      </w:r>
      <w:proofErr w:type="spellStart"/>
      <w:r w:rsidRPr="00D355CD">
        <w:rPr>
          <w:b/>
          <w:sz w:val="28"/>
          <w:szCs w:val="28"/>
        </w:rPr>
        <w:t>thi</w:t>
      </w:r>
      <w:proofErr w:type="spellEnd"/>
      <w:r w:rsidRPr="00D355CD">
        <w:rPr>
          <w:b/>
          <w:sz w:val="28"/>
          <w:szCs w:val="28"/>
        </w:rPr>
        <w:t>:</w:t>
      </w:r>
      <w:r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Cán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bộ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đảng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công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chức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chức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người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lao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động</w:t>
      </w:r>
      <w:proofErr w:type="spellEnd"/>
      <w:r w:rsidR="006F7EAB" w:rsidRPr="00D355CD">
        <w:rPr>
          <w:sz w:val="28"/>
          <w:szCs w:val="28"/>
        </w:rPr>
        <w:t xml:space="preserve">; </w:t>
      </w:r>
      <w:proofErr w:type="spellStart"/>
      <w:r w:rsidR="006F7EAB" w:rsidRPr="00D355CD">
        <w:rPr>
          <w:sz w:val="28"/>
          <w:szCs w:val="28"/>
        </w:rPr>
        <w:t>lực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lượng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vũ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trang</w:t>
      </w:r>
      <w:proofErr w:type="spellEnd"/>
      <w:r w:rsidR="006F7EAB" w:rsidRPr="00D355CD">
        <w:rPr>
          <w:sz w:val="28"/>
          <w:szCs w:val="28"/>
        </w:rPr>
        <w:t xml:space="preserve">; </w:t>
      </w:r>
      <w:proofErr w:type="spellStart"/>
      <w:r w:rsidR="006F7EAB" w:rsidRPr="00D355CD">
        <w:rPr>
          <w:sz w:val="28"/>
          <w:szCs w:val="28"/>
        </w:rPr>
        <w:t>giáo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nhân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học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sinh</w:t>
      </w:r>
      <w:proofErr w:type="spellEnd"/>
      <w:r w:rsidR="006F7EAB" w:rsidRPr="00D355CD">
        <w:rPr>
          <w:sz w:val="28"/>
          <w:szCs w:val="28"/>
        </w:rPr>
        <w:t xml:space="preserve">; </w:t>
      </w:r>
      <w:proofErr w:type="spellStart"/>
      <w:r w:rsidR="006F7EAB" w:rsidRPr="00D355CD">
        <w:rPr>
          <w:sz w:val="28"/>
          <w:szCs w:val="28"/>
        </w:rPr>
        <w:t>đoàn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hội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; </w:t>
      </w:r>
      <w:proofErr w:type="spellStart"/>
      <w:r w:rsidR="006F7EAB" w:rsidRPr="00D355CD">
        <w:rPr>
          <w:sz w:val="28"/>
          <w:szCs w:val="28"/>
        </w:rPr>
        <w:t>thành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viên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Tổ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công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nghệ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số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cộng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đồng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và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Nhân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dân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đang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sinh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sống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học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tập</w:t>
      </w:r>
      <w:proofErr w:type="spellEnd"/>
      <w:r w:rsidR="006F7EAB" w:rsidRPr="00D355CD">
        <w:rPr>
          <w:sz w:val="28"/>
          <w:szCs w:val="28"/>
        </w:rPr>
        <w:t xml:space="preserve">, </w:t>
      </w:r>
      <w:proofErr w:type="spellStart"/>
      <w:r w:rsidR="006F7EAB" w:rsidRPr="00D355CD">
        <w:rPr>
          <w:sz w:val="28"/>
          <w:szCs w:val="28"/>
        </w:rPr>
        <w:t>làm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việc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trên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địa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bàn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phường</w:t>
      </w:r>
      <w:proofErr w:type="spellEnd"/>
      <w:r w:rsidR="006F7EAB" w:rsidRPr="00D355CD">
        <w:rPr>
          <w:sz w:val="28"/>
          <w:szCs w:val="28"/>
        </w:rPr>
        <w:t xml:space="preserve"> </w:t>
      </w:r>
      <w:proofErr w:type="spellStart"/>
      <w:r w:rsidR="006F7EAB" w:rsidRPr="00D355CD">
        <w:rPr>
          <w:sz w:val="28"/>
          <w:szCs w:val="28"/>
        </w:rPr>
        <w:t>Thuận</w:t>
      </w:r>
      <w:proofErr w:type="spellEnd"/>
      <w:r w:rsidR="006F7EAB" w:rsidRPr="00D355CD">
        <w:rPr>
          <w:sz w:val="28"/>
          <w:szCs w:val="28"/>
        </w:rPr>
        <w:t xml:space="preserve"> An.</w:t>
      </w:r>
    </w:p>
    <w:p w14:paraId="3C140C2D" w14:textId="1D71DD51" w:rsidR="00C86B06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3</w:t>
      </w:r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Hình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thức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25E536" w14:textId="4E461341" w:rsidR="006F7EAB" w:rsidRPr="00D355CD" w:rsidRDefault="006F7EAB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: …</w:t>
      </w:r>
      <w:proofErr w:type="gramStart"/>
      <w:r w:rsidRPr="00D355CD">
        <w:rPr>
          <w:rFonts w:ascii="Times New Roman" w:hAnsi="Times New Roman" w:cs="Times New Roman"/>
          <w:sz w:val="28"/>
          <w:szCs w:val="28"/>
        </w:rPr>
        <w:t>…..</w:t>
      </w:r>
      <w:proofErr w:type="gramEnd"/>
      <w:r w:rsidRPr="00D355CD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Pr="008E077A">
          <w:rPr>
            <w:rStyle w:val="Hyperlink"/>
            <w:rFonts w:ascii="Times New Roman" w:hAnsi="Times New Roman" w:cs="Times New Roman"/>
            <w:strike/>
            <w:color w:val="auto"/>
            <w:sz w:val="28"/>
            <w:szCs w:val="28"/>
            <w:highlight w:val="yellow"/>
          </w:rPr>
          <w:t>https://myaloha.vn</w:t>
        </w:r>
      </w:hyperlink>
      <w:r w:rsidRPr="00D355CD">
        <w:rPr>
          <w:rFonts w:ascii="Times New Roman" w:hAnsi="Times New Roman" w:cs="Times New Roman"/>
        </w:rPr>
        <w:t xml:space="preserve">)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QR do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13A59705" w14:textId="7182668A" w:rsidR="006F7EAB" w:rsidRPr="00D355CD" w:rsidRDefault="006F7EAB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thoại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nối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6823FAA1" w14:textId="76815C98" w:rsidR="00C86B06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4</w:t>
      </w:r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Thời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="00D95560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A30319" w14:textId="3510AA8E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: 08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00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D355CD">
        <w:rPr>
          <w:rFonts w:ascii="Times New Roman" w:hAnsi="Times New Roman" w:cs="Times New Roman"/>
          <w:sz w:val="28"/>
          <w:szCs w:val="28"/>
        </w:rPr>
        <w:t>01</w:t>
      </w:r>
      <w:r w:rsidRPr="00D355CD">
        <w:rPr>
          <w:rFonts w:ascii="Times New Roman" w:hAnsi="Times New Roman" w:cs="Times New Roman"/>
          <w:sz w:val="28"/>
          <w:szCs w:val="28"/>
        </w:rPr>
        <w:t>/</w:t>
      </w:r>
      <w:r w:rsidR="00D355CD">
        <w:rPr>
          <w:rFonts w:ascii="Times New Roman" w:hAnsi="Times New Roman" w:cs="Times New Roman"/>
          <w:sz w:val="28"/>
          <w:szCs w:val="28"/>
        </w:rPr>
        <w:t>10</w:t>
      </w:r>
      <w:r w:rsidRPr="00D355CD">
        <w:rPr>
          <w:rFonts w:ascii="Times New Roman" w:hAnsi="Times New Roman" w:cs="Times New Roman"/>
          <w:sz w:val="28"/>
          <w:szCs w:val="28"/>
        </w:rPr>
        <w:t>/2026.</w:t>
      </w:r>
    </w:p>
    <w:p w14:paraId="64489C7C" w14:textId="5E60FC57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thúc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: 23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giờ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59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D355CD">
        <w:rPr>
          <w:rFonts w:ascii="Times New Roman" w:hAnsi="Times New Roman" w:cs="Times New Roman"/>
          <w:sz w:val="28"/>
          <w:szCs w:val="28"/>
        </w:rPr>
        <w:t>20</w:t>
      </w:r>
      <w:r w:rsidRPr="00D355CD">
        <w:rPr>
          <w:rFonts w:ascii="Times New Roman" w:hAnsi="Times New Roman" w:cs="Times New Roman"/>
          <w:sz w:val="28"/>
          <w:szCs w:val="28"/>
        </w:rPr>
        <w:t>/10/2026.</w:t>
      </w:r>
    </w:p>
    <w:p w14:paraId="66FB9112" w14:textId="1DB65256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lastRenderedPageBreak/>
        <w:t>Thời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do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4752DBFD" w14:textId="392A441E" w:rsidR="00685AD6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5</w:t>
      </w:r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. Tài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liệu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tham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khảo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phục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5AD6" w:rsidRPr="00D355CD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="00685AD6" w:rsidRPr="00D355C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78FA9CA9" w14:textId="77777777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75F8956E" w14:textId="0C587918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0CE4928" w14:textId="53E77BAF" w:rsidR="00C86B06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6</w:t>
      </w:r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Cách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thức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dự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thi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DA072" w14:textId="61D63751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: ………… </w:t>
      </w:r>
      <w:r w:rsidR="008E077A" w:rsidRPr="00D355CD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="008E077A" w:rsidRPr="008E077A">
          <w:rPr>
            <w:rStyle w:val="Hyperlink"/>
            <w:rFonts w:ascii="Times New Roman" w:hAnsi="Times New Roman" w:cs="Times New Roman"/>
            <w:strike/>
            <w:color w:val="auto"/>
            <w:sz w:val="28"/>
            <w:szCs w:val="28"/>
            <w:highlight w:val="yellow"/>
          </w:rPr>
          <w:t>https://myaloha.vn</w:t>
        </w:r>
      </w:hyperlink>
      <w:r w:rsidR="008E077A" w:rsidRPr="00D355CD">
        <w:rPr>
          <w:rFonts w:ascii="Times New Roman" w:hAnsi="Times New Roman" w:cs="Times New Roman"/>
        </w:rPr>
        <w:t>)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QR do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7DEA733" w14:textId="77777777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52BC8DE" w14:textId="77E08457" w:rsidR="008B2AA1" w:rsidRPr="00D355CD" w:rsidRDefault="008B2AA1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14D971FA" w14:textId="489276A6" w:rsidR="00E66852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7</w:t>
      </w:r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Nội</w:t>
      </w:r>
      <w:proofErr w:type="spellEnd"/>
      <w:r w:rsidR="00577F60" w:rsidRPr="00D355CD">
        <w:rPr>
          <w:rFonts w:ascii="Times New Roman" w:hAnsi="Times New Roman" w:cs="Times New Roman"/>
          <w:b/>
          <w:sz w:val="28"/>
          <w:szCs w:val="28"/>
        </w:rPr>
        <w:t xml:space="preserve"> dung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="00577F60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thời</w:t>
      </w:r>
      <w:proofErr w:type="spellEnd"/>
      <w:r w:rsidR="00577F60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577F60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làm</w:t>
      </w:r>
      <w:proofErr w:type="spellEnd"/>
      <w:r w:rsidR="00577F60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7F60" w:rsidRPr="00D355CD">
        <w:rPr>
          <w:rFonts w:ascii="Times New Roman" w:hAnsi="Times New Roman" w:cs="Times New Roman"/>
          <w:b/>
          <w:sz w:val="28"/>
          <w:szCs w:val="28"/>
        </w:rPr>
        <w:t>bài</w:t>
      </w:r>
      <w:proofErr w:type="spellEnd"/>
    </w:p>
    <w:p w14:paraId="74E6C2C2" w14:textId="57D31D67" w:rsidR="00577F60" w:rsidRPr="00D355CD" w:rsidRDefault="00577F60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Mỗi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đề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gồm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>:</w:t>
      </w:r>
    </w:p>
    <w:p w14:paraId="1BB7AA11" w14:textId="77777777" w:rsidR="00577F60" w:rsidRPr="00D355CD" w:rsidRDefault="00577F60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- 30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trắc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nghiệm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;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mỗi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04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phương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án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trả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lời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trong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đó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01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phương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án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đúng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nhất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6849AC9A" w14:textId="77777777" w:rsidR="00577F60" w:rsidRPr="00D355CD" w:rsidRDefault="00577F60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- 01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phụ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đoán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tổng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671A4B9A" w14:textId="77777777" w:rsidR="00577F60" w:rsidRPr="00D355CD" w:rsidRDefault="00577F60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Thời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gian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>thực</w:t>
      </w:r>
      <w:proofErr w:type="spellEnd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 xml:space="preserve"> </w:t>
      </w:r>
      <w:proofErr w:type="spellStart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>hiện</w:t>
      </w:r>
      <w:proofErr w:type="spellEnd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 xml:space="preserve"> </w:t>
      </w:r>
      <w:proofErr w:type="spellStart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>mỗi</w:t>
      </w:r>
      <w:proofErr w:type="spellEnd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 xml:space="preserve"> </w:t>
      </w:r>
      <w:proofErr w:type="spellStart"/>
      <w:r w:rsidRPr="00DC45CF">
        <w:rPr>
          <w:rFonts w:ascii="Times New Roman" w:hAnsi="Times New Roman" w:cs="Times New Roman"/>
          <w:bCs/>
          <w:iCs/>
          <w:strike/>
          <w:sz w:val="28"/>
          <w:szCs w:val="28"/>
          <w:highlight w:val="yellow"/>
        </w:rPr>
        <w:t>lượt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 xml:space="preserve">: 15 </w:t>
      </w:r>
      <w:proofErr w:type="spellStart"/>
      <w:r w:rsidRPr="00D355CD">
        <w:rPr>
          <w:rFonts w:ascii="Times New Roman" w:hAnsi="Times New Roman" w:cs="Times New Roman"/>
          <w:bCs/>
          <w:iCs/>
          <w:sz w:val="28"/>
          <w:szCs w:val="28"/>
        </w:rPr>
        <w:t>phút</w:t>
      </w:r>
      <w:proofErr w:type="spellEnd"/>
      <w:r w:rsidRPr="00D355C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622F3E55" w14:textId="0C4C4495" w:rsidR="002B6AEC" w:rsidRPr="00405181" w:rsidRDefault="002B6AEC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-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Người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dự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thi</w:t>
      </w:r>
      <w:proofErr w:type="spellEnd"/>
      <w:r w:rsidR="001F6474"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1F6474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>tham</w:t>
      </w:r>
      <w:proofErr w:type="spellEnd"/>
      <w:r w:rsidR="001F6474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 xml:space="preserve"> </w:t>
      </w:r>
      <w:proofErr w:type="spellStart"/>
      <w:r w:rsidR="001F6474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>gia</w:t>
      </w:r>
      <w:proofErr w:type="spellEnd"/>
      <w:r w:rsidR="001F6474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 xml:space="preserve"> 01 </w:t>
      </w:r>
      <w:proofErr w:type="spellStart"/>
      <w:r w:rsidR="001F6474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>lượt</w:t>
      </w:r>
      <w:proofErr w:type="spellEnd"/>
      <w:r w:rsidR="00405181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 xml:space="preserve"> </w:t>
      </w:r>
      <w:proofErr w:type="spellStart"/>
      <w:r w:rsidR="00405181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>thi</w:t>
      </w:r>
      <w:proofErr w:type="spellEnd"/>
      <w:r w:rsidR="00405181" w:rsidRPr="00405181">
        <w:rPr>
          <w:rFonts w:ascii="Times New Roman" w:hAnsi="Times New Roman" w:cs="Times New Roman"/>
          <w:bCs/>
          <w:iCs/>
          <w:color w:val="EE0000"/>
          <w:sz w:val="28"/>
          <w:szCs w:val="28"/>
        </w:rPr>
        <w:t>,</w:t>
      </w:r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sử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dụng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máy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vi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tính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,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máy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tính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bảng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,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điện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thoại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thông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minh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có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kết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nối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Internet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để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tham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gia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Cuộc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405181">
        <w:rPr>
          <w:rFonts w:ascii="Times New Roman" w:hAnsi="Times New Roman" w:cs="Times New Roman"/>
          <w:color w:val="EE0000"/>
          <w:sz w:val="28"/>
          <w:szCs w:val="28"/>
        </w:rPr>
        <w:t>thi</w:t>
      </w:r>
      <w:proofErr w:type="spellEnd"/>
      <w:r w:rsidRPr="00405181">
        <w:rPr>
          <w:rFonts w:ascii="Times New Roman" w:hAnsi="Times New Roman" w:cs="Times New Roman"/>
          <w:color w:val="EE0000"/>
          <w:sz w:val="28"/>
          <w:szCs w:val="28"/>
        </w:rPr>
        <w:t>.</w:t>
      </w:r>
    </w:p>
    <w:p w14:paraId="225B87BD" w14:textId="40C98A4B" w:rsidR="006E3C52" w:rsidRPr="00D355CD" w:rsidRDefault="00E66852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b/>
          <w:i/>
          <w:sz w:val="28"/>
          <w:szCs w:val="28"/>
        </w:rPr>
        <w:t>Hướng</w:t>
      </w:r>
      <w:proofErr w:type="spellEnd"/>
      <w:r w:rsidRPr="00D355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i/>
          <w:sz w:val="28"/>
          <w:szCs w:val="28"/>
        </w:rPr>
        <w:t>dẫn</w:t>
      </w:r>
      <w:proofErr w:type="spellEnd"/>
      <w:r w:rsidRPr="00D355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i/>
          <w:sz w:val="28"/>
          <w:szCs w:val="28"/>
        </w:rPr>
        <w:t>quy</w:t>
      </w:r>
      <w:proofErr w:type="spellEnd"/>
      <w:r w:rsidRPr="00D355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i/>
          <w:sz w:val="28"/>
          <w:szCs w:val="28"/>
        </w:rPr>
        <w:t>trình</w:t>
      </w:r>
      <w:proofErr w:type="spellEnd"/>
      <w:r w:rsidRPr="00D355C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i/>
          <w:sz w:val="28"/>
          <w:szCs w:val="28"/>
        </w:rPr>
        <w:t>thi</w:t>
      </w:r>
      <w:proofErr w:type="spellEnd"/>
    </w:p>
    <w:p w14:paraId="03A56E38" w14:textId="5391FB1E" w:rsidR="00E018FD" w:rsidRPr="00D355CD" w:rsidRDefault="00E018FD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truy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cập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Pr="00405181">
        <w:rPr>
          <w:rFonts w:ascii="Times New Roman" w:hAnsi="Times New Roman" w:cs="Times New Roman"/>
          <w:strike/>
          <w:sz w:val="28"/>
          <w:szCs w:val="28"/>
          <w:highlight w:val="yellow"/>
        </w:rPr>
        <w:t>https://myaloha.vn</w:t>
      </w:r>
      <w:r w:rsidRPr="00D355C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QR),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điền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7C821CBA" w14:textId="77777777" w:rsidR="00E66852" w:rsidRPr="00D355CD" w:rsidRDefault="00E66852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mềm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ra.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04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đáp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2695093A" w14:textId="6F303DED" w:rsidR="00E66852" w:rsidRPr="00D355CD" w:rsidRDefault="00E66852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r w:rsidR="006E3C52" w:rsidRPr="00D355CD">
        <w:rPr>
          <w:rFonts w:ascii="Times New Roman" w:hAnsi="Times New Roman" w:cs="Times New Roman"/>
          <w:sz w:val="28"/>
          <w:szCs w:val="28"/>
        </w:rPr>
        <w:t>30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: </w:t>
      </w:r>
      <w:r w:rsidR="00CA76C6" w:rsidRPr="00D355CD">
        <w:rPr>
          <w:rFonts w:ascii="Times New Roman" w:hAnsi="Times New Roman" w:cs="Times New Roman"/>
          <w:sz w:val="28"/>
          <w:szCs w:val="28"/>
        </w:rPr>
        <w:t>1</w:t>
      </w:r>
      <w:r w:rsidR="00F7669B" w:rsidRPr="00D355CD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="00F7669B" w:rsidRPr="00D355CD">
        <w:rPr>
          <w:rFonts w:ascii="Times New Roman" w:hAnsi="Times New Roman" w:cs="Times New Roman"/>
          <w:sz w:val="28"/>
          <w:szCs w:val="28"/>
        </w:rPr>
        <w:t>phút</w:t>
      </w:r>
      <w:proofErr w:type="spellEnd"/>
      <w:r w:rsidR="00F7669B" w:rsidRPr="00D355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8FC113" w14:textId="77777777" w:rsidR="00F7669B" w:rsidRPr="00A94DA8" w:rsidRDefault="00F7669B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-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Mỗi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thí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sinh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được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tham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gia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nhiều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lượt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thi</w:t>
      </w:r>
      <w:proofErr w:type="spellEnd"/>
      <w:r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,</w:t>
      </w:r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tuy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nhiên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chỉ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được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công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nhận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lượt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thi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có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kết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quả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cao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nhất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theo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tiêu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chí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đạt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giải</w:t>
      </w:r>
      <w:proofErr w:type="spellEnd"/>
      <w:r w:rsidR="00A94D0B" w:rsidRPr="00A94DA8">
        <w:rPr>
          <w:rFonts w:ascii="Times New Roman" w:hAnsi="Times New Roman" w:cs="Times New Roman"/>
          <w:strike/>
          <w:sz w:val="28"/>
          <w:szCs w:val="28"/>
          <w:highlight w:val="yellow"/>
        </w:rPr>
        <w:t>.</w:t>
      </w:r>
    </w:p>
    <w:p w14:paraId="2BEEC8ED" w14:textId="77777777" w:rsidR="00C86B06" w:rsidRPr="00D355CD" w:rsidRDefault="00A94D0B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>-</w:t>
      </w:r>
      <w:r w:rsidR="001E232A"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hủy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lận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; Trường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="001E232A" w:rsidRPr="00D355CD">
        <w:rPr>
          <w:rFonts w:ascii="Times New Roman" w:hAnsi="Times New Roman" w:cs="Times New Roman"/>
          <w:sz w:val="28"/>
          <w:szCs w:val="28"/>
        </w:rPr>
        <w:t>.</w:t>
      </w:r>
    </w:p>
    <w:p w14:paraId="2CD3AF5F" w14:textId="317C8984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8. Nguyên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tắc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quả</w:t>
      </w:r>
      <w:proofErr w:type="spellEnd"/>
    </w:p>
    <w:p w14:paraId="071DEF12" w14:textId="77777777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387B2E9C" w14:textId="77777777" w:rsidR="004C0A49" w:rsidRPr="0032274B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Trường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hợp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người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dự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thi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thực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hiện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nhiều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lượt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,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hệ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thống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lựa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chọn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lượt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có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số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câu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trả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lời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đúng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cao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nhất</w:t>
      </w:r>
      <w:proofErr w:type="spellEnd"/>
      <w:r w:rsidRPr="0032274B">
        <w:rPr>
          <w:rFonts w:ascii="Times New Roman" w:hAnsi="Times New Roman" w:cs="Times New Roman"/>
          <w:strike/>
          <w:sz w:val="28"/>
          <w:szCs w:val="28"/>
          <w:highlight w:val="yellow"/>
        </w:rPr>
        <w:t>.</w:t>
      </w:r>
    </w:p>
    <w:p w14:paraId="73AF61F7" w14:textId="77777777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lastRenderedPageBreak/>
        <w:t xml:space="preserve">Trường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hai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:</w:t>
      </w:r>
    </w:p>
    <w:p w14:paraId="169F6844" w14:textId="77777777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;</w:t>
      </w:r>
    </w:p>
    <w:p w14:paraId="6294D93C" w14:textId="77777777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ngắn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;</w:t>
      </w:r>
    </w:p>
    <w:p w14:paraId="65FFCD9F" w14:textId="77777777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3. Trường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hoàn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4C9F7C0B" w14:textId="4E9499C0" w:rsidR="004C0A49" w:rsidRPr="00D355CD" w:rsidRDefault="004C0A4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minh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hủy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vi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hưởng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bằng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029EE978" w14:textId="1F15A93B" w:rsidR="00C86B06" w:rsidRDefault="006B447D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9</w:t>
      </w:r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Cơ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cấu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giải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E232A" w:rsidRPr="00D355CD">
        <w:rPr>
          <w:rFonts w:ascii="Times New Roman" w:hAnsi="Times New Roman" w:cs="Times New Roman"/>
          <w:b/>
          <w:sz w:val="28"/>
          <w:szCs w:val="28"/>
        </w:rPr>
        <w:t>thưởng</w:t>
      </w:r>
      <w:proofErr w:type="spellEnd"/>
      <w:r w:rsidR="001E232A" w:rsidRPr="00D355CD">
        <w:rPr>
          <w:rFonts w:ascii="Times New Roman" w:hAnsi="Times New Roman" w:cs="Times New Roman"/>
          <w:b/>
          <w:sz w:val="28"/>
          <w:szCs w:val="28"/>
        </w:rPr>
        <w:t>:</w:t>
      </w:r>
    </w:p>
    <w:p w14:paraId="261CB04B" w14:textId="77777777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-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cá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nhân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35A3EB23" w14:textId="7D97C63C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Nhất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1.000.000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6C8078E6" w14:textId="39E8AD80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Nhì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800.000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17AB11EF" w14:textId="3F80786B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Ba: 600.000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18DBB367" w14:textId="7202E63A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+ 03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Khuyến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khích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500.000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/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</w:p>
    <w:p w14:paraId="3F7E2506" w14:textId="77777777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-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tập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thể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14:paraId="655F3044" w14:textId="77777777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  <w:t xml:space="preserve"> 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Nhất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1.500.000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0FCB9FC9" w14:textId="77777777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  <w:t xml:space="preserve"> 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Nhì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1.200.000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11BD97E5" w14:textId="2FA53C46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  <w:t xml:space="preserve"> +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Ba: 1.000.000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</w:p>
    <w:p w14:paraId="7106285C" w14:textId="5C28E30C" w:rsidR="00691C6D" w:rsidRPr="0032274B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</w:r>
      <w:r w:rsidRPr="0032274B">
        <w:rPr>
          <w:rFonts w:ascii="Times New Roman" w:hAnsi="Times New Roman" w:cs="Times New Roman"/>
          <w:sz w:val="28"/>
          <w:szCs w:val="28"/>
          <w:highlight w:val="yellow"/>
        </w:rPr>
        <w:tab/>
        <w:t xml:space="preserve"> + 03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khuyến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khích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: 500.000đ/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</w:p>
    <w:p w14:paraId="1D0A00D8" w14:textId="45A04130" w:rsidR="00691C6D" w:rsidRPr="00691C6D" w:rsidRDefault="00691C6D" w:rsidP="00691C6D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274B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Tổng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giá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trị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giải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thưởng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 xml:space="preserve">: 9.100.000 </w:t>
      </w:r>
      <w:proofErr w:type="spellStart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đồng</w:t>
      </w:r>
      <w:proofErr w:type="spellEnd"/>
      <w:r w:rsidRPr="0032274B">
        <w:rPr>
          <w:rFonts w:ascii="Times New Roman" w:hAnsi="Times New Roman" w:cs="Times New Roman"/>
          <w:sz w:val="28"/>
          <w:szCs w:val="28"/>
          <w:highlight w:val="yellow"/>
        </w:rPr>
        <w:t>).</w:t>
      </w:r>
    </w:p>
    <w:p w14:paraId="42201972" w14:textId="586EE302" w:rsidR="004C0A49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Nguồn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kinh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phí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thưởng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Mức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thưởng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nguồn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phí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phê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duyệt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57EB"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7757EB" w:rsidRPr="00D355CD">
        <w:rPr>
          <w:rFonts w:ascii="Times New Roman" w:hAnsi="Times New Roman" w:cs="Times New Roman"/>
          <w:sz w:val="28"/>
          <w:szCs w:val="28"/>
        </w:rPr>
        <w:t>.</w:t>
      </w:r>
    </w:p>
    <w:p w14:paraId="356B81E1" w14:textId="204EE25C" w:rsidR="006E3C52" w:rsidRPr="00D355CD" w:rsidRDefault="006E3C52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Sử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dụng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nguồn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kinh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phí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khoa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học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nghệ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mới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sáng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tạo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chuyển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năm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2026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đã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cấp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cho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Phòng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Văn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hoá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–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Xã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hội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kinh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phí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pháp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khác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(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nếu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pacing w:val="-6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pacing w:val="-6"/>
          <w:sz w:val="28"/>
          <w:szCs w:val="28"/>
        </w:rPr>
        <w:t>).</w:t>
      </w:r>
    </w:p>
    <w:p w14:paraId="72EEB683" w14:textId="10AFA218" w:rsidR="00152114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6B1A86"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152114"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Tiêu</w:t>
      </w:r>
      <w:proofErr w:type="spellEnd"/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chí</w:t>
      </w:r>
      <w:proofErr w:type="spellEnd"/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đạt</w:t>
      </w:r>
      <w:proofErr w:type="spellEnd"/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giải</w:t>
      </w:r>
      <w:proofErr w:type="spellEnd"/>
    </w:p>
    <w:p w14:paraId="4ADCADA9" w14:textId="7F1B4E92" w:rsidR="003C3E2A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6B1A86"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.1.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Giải</w:t>
      </w:r>
      <w:proofErr w:type="spellEnd"/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 w:rsidR="003C3E2A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C3E2A" w:rsidRPr="00D355CD"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</w:p>
    <w:p w14:paraId="5FE14F6C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:</w:t>
      </w:r>
    </w:p>
    <w:p w14:paraId="53EF994A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Cung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;</w:t>
      </w:r>
    </w:p>
    <w:p w14:paraId="73F62BB6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Hoàn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trắc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hỏi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đoán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;</w:t>
      </w:r>
    </w:p>
    <w:p w14:paraId="4F9E89B5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hủy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;</w:t>
      </w:r>
    </w:p>
    <w:p w14:paraId="303D1C5D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xếp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xuống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thấp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tắc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lựa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chọn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F6CCFBE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chỉ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01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thưởng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67A7C897" w14:textId="4F83B260" w:rsidR="005E322D" w:rsidRPr="00D355CD" w:rsidRDefault="00007AD9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6B1A86" w:rsidRPr="00D355CD">
        <w:rPr>
          <w:rFonts w:ascii="Times New Roman" w:hAnsi="Times New Roman" w:cs="Times New Roman"/>
          <w:b/>
          <w:sz w:val="28"/>
          <w:szCs w:val="28"/>
        </w:rPr>
        <w:t>1.</w:t>
      </w:r>
      <w:r w:rsidR="005E322D" w:rsidRPr="00D355CD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="005E322D" w:rsidRPr="00D355CD">
        <w:rPr>
          <w:rFonts w:ascii="Times New Roman" w:hAnsi="Times New Roman" w:cs="Times New Roman"/>
          <w:b/>
          <w:sz w:val="28"/>
          <w:szCs w:val="28"/>
        </w:rPr>
        <w:t>Giải</w:t>
      </w:r>
      <w:proofErr w:type="spellEnd"/>
      <w:r w:rsidR="005E322D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322D" w:rsidRPr="00D355CD">
        <w:rPr>
          <w:rFonts w:ascii="Times New Roman" w:hAnsi="Times New Roman" w:cs="Times New Roman"/>
          <w:b/>
          <w:sz w:val="28"/>
          <w:szCs w:val="28"/>
        </w:rPr>
        <w:t>tập</w:t>
      </w:r>
      <w:proofErr w:type="spellEnd"/>
      <w:r w:rsidR="005E322D"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E322D" w:rsidRPr="00D355CD">
        <w:rPr>
          <w:rFonts w:ascii="Times New Roman" w:hAnsi="Times New Roman" w:cs="Times New Roman"/>
          <w:b/>
          <w:sz w:val="28"/>
          <w:szCs w:val="28"/>
        </w:rPr>
        <w:t>thể</w:t>
      </w:r>
      <w:proofErr w:type="spellEnd"/>
    </w:p>
    <w:p w14:paraId="77C169F2" w14:textId="7132689E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lastRenderedPageBreak/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tỷ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và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có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cá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nhân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trong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tập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thể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đạt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>giải</w:t>
      </w:r>
      <w:proofErr w:type="spellEnd"/>
      <w:r w:rsidR="00F37763" w:rsidRPr="00F37763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302CC845" w14:textId="77777777" w:rsidR="006B1A86" w:rsidRPr="00D355CD" w:rsidRDefault="006B1A86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cứ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dữ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tế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7668B175" w14:textId="40106A06" w:rsidR="00B32B9D" w:rsidRPr="00D355CD" w:rsidRDefault="00B32B9D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B1A86" w:rsidRPr="00D355C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. Ban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không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trao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cho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cá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nhân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tập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vi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phạm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  <w:r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bCs/>
          <w:sz w:val="28"/>
          <w:szCs w:val="28"/>
        </w:rPr>
        <w:t>hợp</w:t>
      </w:r>
      <w:proofErr w:type="spellEnd"/>
      <w:r w:rsidR="00A17E5C" w:rsidRPr="00D355C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A17E5C" w:rsidRPr="00D355CD">
        <w:rPr>
          <w:rFonts w:ascii="Times New Roman" w:hAnsi="Times New Roman" w:cs="Times New Roman"/>
          <w:sz w:val="28"/>
          <w:szCs w:val="28"/>
        </w:rPr>
        <w:t xml:space="preserve">Thông tin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đăng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ký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tờ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tùy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7E5C" w:rsidRPr="00D355CD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="00A17E5C" w:rsidRPr="00D355CD">
        <w:rPr>
          <w:rFonts w:ascii="Times New Roman" w:hAnsi="Times New Roman" w:cs="Times New Roman"/>
          <w:sz w:val="28"/>
          <w:szCs w:val="28"/>
        </w:rPr>
        <w:t>.</w:t>
      </w:r>
    </w:p>
    <w:p w14:paraId="410E8CEB" w14:textId="064978A5" w:rsidR="00A17E5C" w:rsidRPr="00D355CD" w:rsidRDefault="001E232A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6E5209" w:rsidRPr="00D355C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355CD">
        <w:rPr>
          <w:rFonts w:ascii="Times New Roman" w:hAnsi="Times New Roman" w:cs="Times New Roman"/>
          <w:b/>
          <w:sz w:val="28"/>
          <w:szCs w:val="28"/>
        </w:rPr>
        <w:t xml:space="preserve">Công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trao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thưởng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60E798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An.</w:t>
      </w:r>
    </w:p>
    <w:p w14:paraId="351FC8CC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05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052A480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Sau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trao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7FCEBE17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cuối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cùng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0BFED6D3" w14:textId="5ED6728B" w:rsidR="00DA199C" w:rsidRPr="00D355CD" w:rsidRDefault="001E232A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b/>
          <w:sz w:val="28"/>
          <w:szCs w:val="28"/>
        </w:rPr>
        <w:t>1</w:t>
      </w:r>
      <w:r w:rsidR="001C24C5" w:rsidRPr="00D355CD">
        <w:rPr>
          <w:rFonts w:ascii="Times New Roman" w:hAnsi="Times New Roman" w:cs="Times New Roman"/>
          <w:b/>
          <w:sz w:val="28"/>
          <w:szCs w:val="28"/>
        </w:rPr>
        <w:t>3</w:t>
      </w:r>
      <w:r w:rsidRPr="00D355C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thực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b/>
          <w:sz w:val="28"/>
          <w:szCs w:val="28"/>
        </w:rPr>
        <w:t>hiện</w:t>
      </w:r>
      <w:proofErr w:type="spellEnd"/>
      <w:r w:rsidRPr="00D355CD">
        <w:rPr>
          <w:rFonts w:ascii="Times New Roman" w:hAnsi="Times New Roman" w:cs="Times New Roman"/>
          <w:b/>
          <w:sz w:val="28"/>
          <w:szCs w:val="28"/>
        </w:rPr>
        <w:t>:</w:t>
      </w:r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EC882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rộng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rãi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kênh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An.</w:t>
      </w:r>
    </w:p>
    <w:p w14:paraId="2E277EE3" w14:textId="77777777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t xml:space="preserve">Trong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sửa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sung, Ban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xem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xét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>.</w:t>
      </w:r>
    </w:p>
    <w:p w14:paraId="500646A2" w14:textId="55ED4396" w:rsidR="001C24C5" w:rsidRPr="00D355CD" w:rsidRDefault="001C24C5" w:rsidP="00351E42">
      <w:pPr>
        <w:spacing w:before="80" w:after="8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lệ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Cuộc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tuyến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tìm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đổi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Cải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Thuận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D355C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D355CD">
        <w:rPr>
          <w:rFonts w:ascii="Times New Roman" w:hAnsi="Times New Roman" w:cs="Times New Roman"/>
          <w:sz w:val="28"/>
          <w:szCs w:val="28"/>
        </w:rPr>
        <w:t xml:space="preserve"> 2026./.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7"/>
      </w:tblGrid>
      <w:tr w:rsidR="00DA199C" w:rsidRPr="00D355CD" w14:paraId="29BD337C" w14:textId="77777777" w:rsidTr="006E3C52">
        <w:tc>
          <w:tcPr>
            <w:tcW w:w="4962" w:type="dxa"/>
          </w:tcPr>
          <w:p w14:paraId="49571D8C" w14:textId="77777777" w:rsidR="00DA199C" w:rsidRPr="00D355CD" w:rsidRDefault="00DA199C" w:rsidP="001C24C5">
            <w:pPr>
              <w:ind w:left="-105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D355C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Nơi</w:t>
            </w:r>
            <w:proofErr w:type="spellEnd"/>
            <w:r w:rsidRPr="00D355C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nhận</w:t>
            </w:r>
            <w:proofErr w:type="spellEnd"/>
            <w:r w:rsidRPr="00D355CD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:</w:t>
            </w:r>
          </w:p>
          <w:p w14:paraId="421FAD4F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Thường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trực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Đảng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ủy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54489334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Trưởng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ban, </w:t>
            </w:r>
            <w:proofErr w:type="spellStart"/>
            <w:r w:rsidRPr="00D355CD">
              <w:rPr>
                <w:rFonts w:ascii="Times New Roman" w:hAnsi="Times New Roman" w:cs="Times New Roman"/>
              </w:rPr>
              <w:t>các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Phó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Trưởng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ban BCĐ57;</w:t>
            </w:r>
          </w:p>
          <w:p w14:paraId="7F44141E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Thành </w:t>
            </w:r>
            <w:proofErr w:type="spellStart"/>
            <w:r w:rsidRPr="00D355CD">
              <w:rPr>
                <w:rFonts w:ascii="Times New Roman" w:hAnsi="Times New Roman" w:cs="Times New Roman"/>
              </w:rPr>
              <w:t>viên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BCĐ57;</w:t>
            </w:r>
          </w:p>
          <w:p w14:paraId="71C4C81E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Tổ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giúp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việc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BCĐ57;</w:t>
            </w:r>
          </w:p>
          <w:p w14:paraId="253E259B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D355CD">
              <w:rPr>
                <w:rFonts w:ascii="Times New Roman" w:hAnsi="Times New Roman" w:cs="Times New Roman"/>
              </w:rPr>
              <w:t>Ủy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ban MTTQ Việt Nam </w:t>
            </w:r>
            <w:proofErr w:type="spellStart"/>
            <w:r w:rsidRPr="00D355CD">
              <w:rPr>
                <w:rFonts w:ascii="Times New Roman" w:hAnsi="Times New Roman" w:cs="Times New Roman"/>
              </w:rPr>
              <w:t>và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các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tổ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chức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CT-XH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5C3564C7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Các </w:t>
            </w:r>
            <w:proofErr w:type="spellStart"/>
            <w:r w:rsidRPr="00D355CD">
              <w:rPr>
                <w:rFonts w:ascii="Times New Roman" w:hAnsi="Times New Roman" w:cs="Times New Roman"/>
              </w:rPr>
              <w:t>cơ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quan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355CD">
              <w:rPr>
                <w:rFonts w:ascii="Times New Roman" w:hAnsi="Times New Roman" w:cs="Times New Roman"/>
              </w:rPr>
              <w:t>đơn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vị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thuộc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07680C59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Trung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tâm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PVHCC;</w:t>
            </w:r>
          </w:p>
          <w:p w14:paraId="3DAE74F2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Công </w:t>
            </w:r>
            <w:proofErr w:type="gramStart"/>
            <w:r w:rsidRPr="00D355CD">
              <w:rPr>
                <w:rFonts w:ascii="Times New Roman" w:hAnsi="Times New Roman" w:cs="Times New Roman"/>
              </w:rPr>
              <w:t>an</w:t>
            </w:r>
            <w:proofErr w:type="gram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68C92DBF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Ban </w:t>
            </w:r>
            <w:proofErr w:type="spellStart"/>
            <w:r w:rsidRPr="00D355CD">
              <w:rPr>
                <w:rFonts w:ascii="Times New Roman" w:hAnsi="Times New Roman" w:cs="Times New Roman"/>
              </w:rPr>
              <w:t>Chỉ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huy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Quân </w:t>
            </w:r>
            <w:proofErr w:type="spellStart"/>
            <w:r w:rsidRPr="00D355CD">
              <w:rPr>
                <w:rFonts w:ascii="Times New Roman" w:hAnsi="Times New Roman" w:cs="Times New Roman"/>
              </w:rPr>
              <w:t>sự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08ECDD52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Các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trường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học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trên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địa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bàn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01F3399B" w14:textId="77777777" w:rsidR="009C3594" w:rsidRPr="00D355CD" w:rsidRDefault="009C3594" w:rsidP="009C3594">
            <w:pPr>
              <w:ind w:left="-105"/>
              <w:rPr>
                <w:rFonts w:ascii="Times New Roman" w:hAnsi="Times New Roman" w:cs="Times New Roman"/>
              </w:rPr>
            </w:pPr>
            <w:r w:rsidRPr="00D355CD">
              <w:rPr>
                <w:rFonts w:ascii="Times New Roman" w:hAnsi="Times New Roman" w:cs="Times New Roman"/>
              </w:rPr>
              <w:t xml:space="preserve">- Các </w:t>
            </w:r>
            <w:proofErr w:type="spellStart"/>
            <w:r w:rsidRPr="00D355CD">
              <w:rPr>
                <w:rFonts w:ascii="Times New Roman" w:hAnsi="Times New Roman" w:cs="Times New Roman"/>
              </w:rPr>
              <w:t>khu</w:t>
            </w:r>
            <w:proofErr w:type="spellEnd"/>
            <w:r w:rsidRPr="00D355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55CD">
              <w:rPr>
                <w:rFonts w:ascii="Times New Roman" w:hAnsi="Times New Roman" w:cs="Times New Roman"/>
              </w:rPr>
              <w:t>phố</w:t>
            </w:r>
            <w:proofErr w:type="spellEnd"/>
            <w:r w:rsidRPr="00D355CD">
              <w:rPr>
                <w:rFonts w:ascii="Times New Roman" w:hAnsi="Times New Roman" w:cs="Times New Roman"/>
              </w:rPr>
              <w:t>;</w:t>
            </w:r>
          </w:p>
          <w:p w14:paraId="60654579" w14:textId="6AF5A63B" w:rsidR="00DA199C" w:rsidRPr="00D355CD" w:rsidRDefault="009C3594" w:rsidP="009C3594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D355CD">
              <w:rPr>
                <w:rFonts w:ascii="Times New Roman" w:hAnsi="Times New Roman" w:cs="Times New Roman"/>
              </w:rPr>
              <w:t>- Lưu: BTC, VHXH.</w:t>
            </w:r>
          </w:p>
        </w:tc>
        <w:tc>
          <w:tcPr>
            <w:tcW w:w="4677" w:type="dxa"/>
          </w:tcPr>
          <w:p w14:paraId="282725C0" w14:textId="2718AE54" w:rsidR="00DA199C" w:rsidRPr="00D355CD" w:rsidRDefault="00C23441" w:rsidP="007A0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>TM. BAN TỔ CHỨC</w:t>
            </w: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840990"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>KT</w:t>
            </w:r>
            <w:r w:rsidR="00E018FD"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007AD9"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>TRƯỞNG BAN</w:t>
            </w:r>
          </w:p>
          <w:p w14:paraId="00DFF4B8" w14:textId="77777777" w:rsidR="007A0F9C" w:rsidRPr="00D355CD" w:rsidRDefault="00007AD9" w:rsidP="007A0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>PHÓ</w:t>
            </w:r>
            <w:r w:rsidR="00840990"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TRƯỞNG</w:t>
            </w: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BAN </w:t>
            </w:r>
          </w:p>
          <w:p w14:paraId="2ABBF2A3" w14:textId="77777777" w:rsidR="007A0F9C" w:rsidRPr="00D355CD" w:rsidRDefault="007A0F9C" w:rsidP="007A0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82F1C" w14:textId="77777777" w:rsidR="007A0F9C" w:rsidRPr="00D355CD" w:rsidRDefault="007A0F9C" w:rsidP="007A0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4069F" w14:textId="77777777" w:rsidR="007A0F9C" w:rsidRPr="00D355CD" w:rsidRDefault="007A0F9C" w:rsidP="007A0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EE1DB" w14:textId="77777777" w:rsidR="007A0F9C" w:rsidRPr="00D355CD" w:rsidRDefault="007A0F9C" w:rsidP="007A0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C73D6" w14:textId="19CB9F60" w:rsidR="00C23441" w:rsidRPr="00D355CD" w:rsidRDefault="00C23441" w:rsidP="00C234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PHÓ CHỦ TỊCH UBND PHƯỜNG </w:t>
            </w:r>
            <w:r w:rsidRPr="00D355C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Nguyễn Minh Hiếu</w:t>
            </w:r>
          </w:p>
          <w:p w14:paraId="21BEA499" w14:textId="7CF4CF80" w:rsidR="00007AD9" w:rsidRPr="00D355CD" w:rsidRDefault="00007AD9" w:rsidP="007A0F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A6CF4D6" w14:textId="77777777" w:rsidR="00DA199C" w:rsidRPr="00D355CD" w:rsidRDefault="00DA199C" w:rsidP="00DA1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F998F3" w14:textId="77777777" w:rsidR="00DA199C" w:rsidRPr="00D355CD" w:rsidRDefault="00DA199C" w:rsidP="00685AD6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26D68A3" w14:textId="77777777" w:rsidR="00C86B06" w:rsidRPr="00D355CD" w:rsidRDefault="001E232A" w:rsidP="001E2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55CD">
        <w:rPr>
          <w:rFonts w:ascii="Times New Roman" w:hAnsi="Times New Roman" w:cs="Times New Roman"/>
          <w:sz w:val="28"/>
          <w:szCs w:val="28"/>
        </w:rPr>
        <w:br/>
      </w:r>
    </w:p>
    <w:sectPr w:rsidR="00C86B06" w:rsidRPr="00D355CD" w:rsidSect="00E703D4">
      <w:headerReference w:type="default" r:id="rId10"/>
      <w:pgSz w:w="11907" w:h="16840" w:code="9"/>
      <w:pgMar w:top="1134" w:right="1134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DB61C" w14:textId="77777777" w:rsidR="00636CA4" w:rsidRDefault="00636CA4" w:rsidP="00E703D4">
      <w:pPr>
        <w:spacing w:after="0" w:line="240" w:lineRule="auto"/>
      </w:pPr>
      <w:r>
        <w:separator/>
      </w:r>
    </w:p>
  </w:endnote>
  <w:endnote w:type="continuationSeparator" w:id="0">
    <w:p w14:paraId="37B53C2A" w14:textId="77777777" w:rsidR="00636CA4" w:rsidRDefault="00636CA4" w:rsidP="00E7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99D8F" w14:textId="77777777" w:rsidR="00636CA4" w:rsidRDefault="00636CA4" w:rsidP="00E703D4">
      <w:pPr>
        <w:spacing w:after="0" w:line="240" w:lineRule="auto"/>
      </w:pPr>
      <w:r>
        <w:separator/>
      </w:r>
    </w:p>
  </w:footnote>
  <w:footnote w:type="continuationSeparator" w:id="0">
    <w:p w14:paraId="39976A4E" w14:textId="77777777" w:rsidR="00636CA4" w:rsidRDefault="00636CA4" w:rsidP="00E70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7239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2551548E" w14:textId="53B0B102" w:rsidR="00E703D4" w:rsidRPr="00E703D4" w:rsidRDefault="00E703D4" w:rsidP="00E703D4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703D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03D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703D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1C6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703D4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82231A0"/>
    <w:multiLevelType w:val="hybridMultilevel"/>
    <w:tmpl w:val="E2CADFBE"/>
    <w:lvl w:ilvl="0" w:tplc="B596CD9E">
      <w:start w:val="1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719480">
    <w:abstractNumId w:val="8"/>
  </w:num>
  <w:num w:numId="2" w16cid:durableId="1286738789">
    <w:abstractNumId w:val="6"/>
  </w:num>
  <w:num w:numId="3" w16cid:durableId="382750495">
    <w:abstractNumId w:val="5"/>
  </w:num>
  <w:num w:numId="4" w16cid:durableId="1684815598">
    <w:abstractNumId w:val="4"/>
  </w:num>
  <w:num w:numId="5" w16cid:durableId="1852333489">
    <w:abstractNumId w:val="7"/>
  </w:num>
  <w:num w:numId="6" w16cid:durableId="416904256">
    <w:abstractNumId w:val="3"/>
  </w:num>
  <w:num w:numId="7" w16cid:durableId="800879005">
    <w:abstractNumId w:val="2"/>
  </w:num>
  <w:num w:numId="8" w16cid:durableId="282808244">
    <w:abstractNumId w:val="1"/>
  </w:num>
  <w:num w:numId="9" w16cid:durableId="1831215085">
    <w:abstractNumId w:val="0"/>
  </w:num>
  <w:num w:numId="10" w16cid:durableId="1778868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AD9"/>
    <w:rsid w:val="0001263C"/>
    <w:rsid w:val="00026D52"/>
    <w:rsid w:val="00034616"/>
    <w:rsid w:val="0004174D"/>
    <w:rsid w:val="0004734F"/>
    <w:rsid w:val="0006063C"/>
    <w:rsid w:val="0015074B"/>
    <w:rsid w:val="00152114"/>
    <w:rsid w:val="001B5B34"/>
    <w:rsid w:val="001C24C5"/>
    <w:rsid w:val="001D7E62"/>
    <w:rsid w:val="001E232A"/>
    <w:rsid w:val="001F6474"/>
    <w:rsid w:val="0021185D"/>
    <w:rsid w:val="0029639D"/>
    <w:rsid w:val="002B6AEC"/>
    <w:rsid w:val="0032274B"/>
    <w:rsid w:val="00326F90"/>
    <w:rsid w:val="00351E42"/>
    <w:rsid w:val="003C3E2A"/>
    <w:rsid w:val="003D205B"/>
    <w:rsid w:val="00405181"/>
    <w:rsid w:val="00430805"/>
    <w:rsid w:val="00443FAD"/>
    <w:rsid w:val="004445B7"/>
    <w:rsid w:val="004C0A49"/>
    <w:rsid w:val="00525046"/>
    <w:rsid w:val="005653E4"/>
    <w:rsid w:val="00577F60"/>
    <w:rsid w:val="005E322D"/>
    <w:rsid w:val="006354BE"/>
    <w:rsid w:val="006369C9"/>
    <w:rsid w:val="00636CA4"/>
    <w:rsid w:val="00685AD6"/>
    <w:rsid w:val="00690EF7"/>
    <w:rsid w:val="00691C6D"/>
    <w:rsid w:val="00692E8E"/>
    <w:rsid w:val="006B1A86"/>
    <w:rsid w:val="006B447D"/>
    <w:rsid w:val="006E3C52"/>
    <w:rsid w:val="006E5209"/>
    <w:rsid w:val="006F7EAB"/>
    <w:rsid w:val="00773B91"/>
    <w:rsid w:val="007757EB"/>
    <w:rsid w:val="007A0F9C"/>
    <w:rsid w:val="007B04D5"/>
    <w:rsid w:val="007C5283"/>
    <w:rsid w:val="007E342A"/>
    <w:rsid w:val="00834375"/>
    <w:rsid w:val="00840990"/>
    <w:rsid w:val="00886542"/>
    <w:rsid w:val="008B2AA1"/>
    <w:rsid w:val="008C3305"/>
    <w:rsid w:val="008E077A"/>
    <w:rsid w:val="00900751"/>
    <w:rsid w:val="0096693A"/>
    <w:rsid w:val="0098759D"/>
    <w:rsid w:val="009C3594"/>
    <w:rsid w:val="009E1C88"/>
    <w:rsid w:val="00A17E5C"/>
    <w:rsid w:val="00A94D0B"/>
    <w:rsid w:val="00A94DA8"/>
    <w:rsid w:val="00AA1D8D"/>
    <w:rsid w:val="00B15E0F"/>
    <w:rsid w:val="00B32B9D"/>
    <w:rsid w:val="00B47730"/>
    <w:rsid w:val="00BA00A8"/>
    <w:rsid w:val="00BC1574"/>
    <w:rsid w:val="00C23441"/>
    <w:rsid w:val="00C851CD"/>
    <w:rsid w:val="00C86B06"/>
    <w:rsid w:val="00CA76C6"/>
    <w:rsid w:val="00CB0664"/>
    <w:rsid w:val="00CD1DF9"/>
    <w:rsid w:val="00D03836"/>
    <w:rsid w:val="00D355CD"/>
    <w:rsid w:val="00D72921"/>
    <w:rsid w:val="00D74928"/>
    <w:rsid w:val="00D95560"/>
    <w:rsid w:val="00DA199C"/>
    <w:rsid w:val="00DA5D83"/>
    <w:rsid w:val="00DC21F1"/>
    <w:rsid w:val="00DC45CF"/>
    <w:rsid w:val="00E018FD"/>
    <w:rsid w:val="00E044CC"/>
    <w:rsid w:val="00E456B1"/>
    <w:rsid w:val="00E66852"/>
    <w:rsid w:val="00E703D4"/>
    <w:rsid w:val="00E93B84"/>
    <w:rsid w:val="00EA07F7"/>
    <w:rsid w:val="00F37763"/>
    <w:rsid w:val="00F7669B"/>
    <w:rsid w:val="00FC693F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C4093A3"/>
  <w14:defaultImageDpi w14:val="300"/>
  <w15:docId w15:val="{164A536E-6FD9-48C5-B7F7-8C5FF63F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D95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556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aloha.v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aloh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55275D-0305-4823-A5AF-94DF1D4AA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1638</Words>
  <Characters>5949</Characters>
  <Application>Microsoft Office Word</Application>
  <DocSecurity>0</DocSecurity>
  <Lines>258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Tùng Nguyễn Minh</cp:lastModifiedBy>
  <cp:revision>38</cp:revision>
  <dcterms:created xsi:type="dcterms:W3CDTF">2026-09-04T09:42:00Z</dcterms:created>
  <dcterms:modified xsi:type="dcterms:W3CDTF">2026-09-29T01:54:00Z</dcterms:modified>
  <cp:category/>
</cp:coreProperties>
</file>